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F8734" w14:textId="1BCDC0F9" w:rsidR="003770C1" w:rsidRPr="00167F07" w:rsidRDefault="001B074F">
      <w:pPr>
        <w:spacing w:after="60"/>
        <w:jc w:val="center"/>
        <w:rPr>
          <w:b/>
          <w:sz w:val="24"/>
          <w:szCs w:val="21"/>
          <w:lang w:eastAsia="ja-JP"/>
        </w:rPr>
      </w:pPr>
      <w:bookmarkStart w:id="0" w:name="_Hlk240645764"/>
      <w:r w:rsidRPr="00167F07">
        <w:rPr>
          <w:rFonts w:hint="eastAsia"/>
          <w:b/>
          <w:sz w:val="24"/>
          <w:szCs w:val="21"/>
          <w:lang w:eastAsia="ja-JP"/>
        </w:rPr>
        <w:t>伊東市立伊東小学校及び</w:t>
      </w:r>
      <w:r w:rsidR="003770C1" w:rsidRPr="00167F07">
        <w:rPr>
          <w:rFonts w:hint="eastAsia"/>
          <w:b/>
          <w:sz w:val="24"/>
          <w:szCs w:val="21"/>
          <w:lang w:eastAsia="ja-JP"/>
        </w:rPr>
        <w:t>宇佐美中学校</w:t>
      </w:r>
      <w:r w:rsidR="00C92780" w:rsidRPr="00167F07">
        <w:rPr>
          <w:b/>
          <w:sz w:val="24"/>
          <w:szCs w:val="21"/>
          <w:lang w:eastAsia="ja-JP"/>
        </w:rPr>
        <w:t>屋内運動場空調設備</w:t>
      </w:r>
      <w:r w:rsidR="003770C1" w:rsidRPr="00167F07">
        <w:rPr>
          <w:rFonts w:hint="eastAsia"/>
          <w:b/>
          <w:sz w:val="24"/>
          <w:szCs w:val="21"/>
          <w:lang w:eastAsia="ja-JP"/>
        </w:rPr>
        <w:t>設置</w:t>
      </w:r>
    </w:p>
    <w:p w14:paraId="7C99BDC7" w14:textId="042A9916" w:rsidR="000F5D6F" w:rsidRPr="00167F07" w:rsidRDefault="003770C1">
      <w:pPr>
        <w:spacing w:after="60"/>
        <w:jc w:val="center"/>
        <w:rPr>
          <w:sz w:val="20"/>
          <w:szCs w:val="21"/>
          <w:lang w:eastAsia="ja-JP"/>
        </w:rPr>
      </w:pPr>
      <w:r w:rsidRPr="00167F07">
        <w:rPr>
          <w:rFonts w:hint="eastAsia"/>
          <w:b/>
          <w:sz w:val="24"/>
          <w:szCs w:val="21"/>
          <w:lang w:eastAsia="ja-JP"/>
        </w:rPr>
        <w:t>及び長寿命化改修</w:t>
      </w:r>
      <w:r w:rsidR="00C92780" w:rsidRPr="00167F07">
        <w:rPr>
          <w:b/>
          <w:sz w:val="24"/>
          <w:szCs w:val="21"/>
          <w:lang w:eastAsia="ja-JP"/>
        </w:rPr>
        <w:t>工事設計業務 特記仕様書</w:t>
      </w:r>
    </w:p>
    <w:bookmarkEnd w:id="0"/>
    <w:p w14:paraId="31126BC3" w14:textId="77777777" w:rsidR="000F5D6F" w:rsidRPr="00167F07" w:rsidRDefault="000F5D6F">
      <w:pPr>
        <w:spacing w:after="60"/>
        <w:rPr>
          <w:lang w:eastAsia="ja-JP"/>
        </w:rPr>
      </w:pPr>
    </w:p>
    <w:p w14:paraId="2ABCE40B" w14:textId="77777777" w:rsidR="000F5D6F" w:rsidRPr="00167F07" w:rsidRDefault="00C92780">
      <w:pPr>
        <w:spacing w:after="60"/>
        <w:rPr>
          <w:lang w:eastAsia="ja-JP"/>
        </w:rPr>
      </w:pPr>
      <w:r w:rsidRPr="00167F07">
        <w:rPr>
          <w:b/>
          <w:sz w:val="24"/>
          <w:lang w:eastAsia="ja-JP"/>
        </w:rPr>
        <w:t>１ 業務概要</w:t>
      </w:r>
    </w:p>
    <w:p w14:paraId="2B85496C" w14:textId="77777777" w:rsidR="000F5D6F" w:rsidRPr="00167F07" w:rsidRDefault="00C92780" w:rsidP="008839F4">
      <w:pPr>
        <w:spacing w:after="60"/>
        <w:ind w:firstLineChars="50" w:firstLine="105"/>
        <w:rPr>
          <w:bCs/>
          <w:lang w:eastAsia="ja-JP"/>
        </w:rPr>
      </w:pPr>
      <w:r w:rsidRPr="00167F07">
        <w:rPr>
          <w:bCs/>
          <w:lang w:eastAsia="ja-JP"/>
        </w:rPr>
        <w:t>(１) 業務名称</w:t>
      </w:r>
    </w:p>
    <w:p w14:paraId="085E3787" w14:textId="77777777" w:rsidR="006070BE" w:rsidRPr="00167F07" w:rsidRDefault="006070BE" w:rsidP="006070BE">
      <w:pPr>
        <w:spacing w:after="120"/>
        <w:ind w:firstLineChars="200" w:firstLine="420"/>
        <w:rPr>
          <w:bCs/>
          <w:lang w:eastAsia="ja-JP"/>
        </w:rPr>
      </w:pPr>
      <w:r w:rsidRPr="00167F07">
        <w:rPr>
          <w:rFonts w:hint="eastAsia"/>
          <w:bCs/>
          <w:lang w:eastAsia="ja-JP"/>
        </w:rPr>
        <w:t>伊東市立伊東小学校及び宇佐美中学校屋内運動場空調設備設置及び長寿命化改修工事設計業務</w:t>
      </w:r>
    </w:p>
    <w:p w14:paraId="4AD6DF18" w14:textId="06E13295" w:rsidR="000F5D6F" w:rsidRPr="00167F07" w:rsidRDefault="00C92780" w:rsidP="006070BE">
      <w:pPr>
        <w:spacing w:after="60"/>
        <w:ind w:firstLineChars="50" w:firstLine="105"/>
        <w:rPr>
          <w:bCs/>
          <w:lang w:eastAsia="ja-JP"/>
        </w:rPr>
      </w:pPr>
      <w:r w:rsidRPr="00167F07">
        <w:rPr>
          <w:bCs/>
          <w:lang w:eastAsia="ja-JP"/>
        </w:rPr>
        <w:t>(２) 履行期限</w:t>
      </w:r>
    </w:p>
    <w:p w14:paraId="30398299" w14:textId="1206D5F6" w:rsidR="000F5D6F" w:rsidRPr="00167F07" w:rsidRDefault="00C92780" w:rsidP="008839F4">
      <w:pPr>
        <w:spacing w:after="60"/>
        <w:ind w:firstLineChars="200" w:firstLine="420"/>
        <w:rPr>
          <w:bCs/>
          <w:lang w:eastAsia="ja-JP"/>
        </w:rPr>
      </w:pPr>
      <w:r w:rsidRPr="00167F07">
        <w:rPr>
          <w:bCs/>
          <w:lang w:eastAsia="ja-JP"/>
        </w:rPr>
        <w:t>令和９年３月</w:t>
      </w:r>
      <w:r w:rsidR="003770C1" w:rsidRPr="00167F07">
        <w:rPr>
          <w:rFonts w:hint="eastAsia"/>
          <w:bCs/>
          <w:lang w:eastAsia="ja-JP"/>
        </w:rPr>
        <w:t>３１</w:t>
      </w:r>
      <w:r w:rsidRPr="00167F07">
        <w:rPr>
          <w:bCs/>
          <w:lang w:eastAsia="ja-JP"/>
        </w:rPr>
        <w:t>日限り</w:t>
      </w:r>
    </w:p>
    <w:p w14:paraId="2953EA1F" w14:textId="77777777" w:rsidR="000F5D6F" w:rsidRPr="00167F07" w:rsidRDefault="00C92780" w:rsidP="008839F4">
      <w:pPr>
        <w:spacing w:after="60"/>
        <w:ind w:firstLineChars="50" w:firstLine="105"/>
        <w:rPr>
          <w:bCs/>
          <w:lang w:eastAsia="ja-JP"/>
        </w:rPr>
      </w:pPr>
      <w:r w:rsidRPr="00167F07">
        <w:rPr>
          <w:bCs/>
          <w:lang w:eastAsia="ja-JP"/>
        </w:rPr>
        <w:t>(３) 業務種別</w:t>
      </w:r>
    </w:p>
    <w:p w14:paraId="13496621" w14:textId="77777777" w:rsidR="000F5D6F" w:rsidRPr="00167F07" w:rsidRDefault="00C92780" w:rsidP="008839F4">
      <w:pPr>
        <w:spacing w:after="60"/>
        <w:ind w:firstLineChars="200" w:firstLine="420"/>
        <w:rPr>
          <w:bCs/>
          <w:lang w:eastAsia="ja-JP"/>
        </w:rPr>
      </w:pPr>
      <w:r w:rsidRPr="00167F07">
        <w:rPr>
          <w:bCs/>
          <w:lang w:eastAsia="ja-JP"/>
        </w:rPr>
        <w:t>本業務の種別は以下による。なお、詳細は、「３ 業務仕様」による。</w:t>
      </w:r>
    </w:p>
    <w:p w14:paraId="01DFC2AE" w14:textId="77777777" w:rsidR="000F5D6F" w:rsidRPr="00167F07" w:rsidRDefault="00C92780" w:rsidP="008839F4">
      <w:pPr>
        <w:spacing w:after="60"/>
        <w:ind w:firstLineChars="200" w:firstLine="420"/>
        <w:rPr>
          <w:bCs/>
          <w:lang w:eastAsia="ja-JP"/>
        </w:rPr>
      </w:pPr>
      <w:r w:rsidRPr="00167F07">
        <w:rPr>
          <w:bCs/>
          <w:lang w:eastAsia="ja-JP"/>
        </w:rPr>
        <w:t>○建築実施設計に関する標準業務</w:t>
      </w:r>
    </w:p>
    <w:p w14:paraId="003C33A7" w14:textId="77777777" w:rsidR="000F5D6F" w:rsidRPr="00167F07" w:rsidRDefault="00C92780" w:rsidP="008839F4">
      <w:pPr>
        <w:spacing w:after="60"/>
        <w:ind w:firstLineChars="200" w:firstLine="420"/>
        <w:rPr>
          <w:bCs/>
          <w:lang w:eastAsia="ja-JP"/>
        </w:rPr>
      </w:pPr>
      <w:r w:rsidRPr="00167F07">
        <w:rPr>
          <w:bCs/>
          <w:lang w:eastAsia="ja-JP"/>
        </w:rPr>
        <w:t>○電気設備実施設計に関する標準業務</w:t>
      </w:r>
    </w:p>
    <w:p w14:paraId="2096481E" w14:textId="77777777" w:rsidR="000F5D6F" w:rsidRPr="00167F07" w:rsidRDefault="00C92780" w:rsidP="008839F4">
      <w:pPr>
        <w:spacing w:after="60"/>
        <w:ind w:firstLineChars="200" w:firstLine="420"/>
        <w:rPr>
          <w:bCs/>
          <w:lang w:eastAsia="ja-JP"/>
        </w:rPr>
      </w:pPr>
      <w:r w:rsidRPr="00167F07">
        <w:rPr>
          <w:bCs/>
          <w:lang w:eastAsia="ja-JP"/>
        </w:rPr>
        <w:t>○機械設備実施設計に関する標準業務</w:t>
      </w:r>
    </w:p>
    <w:p w14:paraId="40596515" w14:textId="77777777" w:rsidR="000F5D6F" w:rsidRPr="00167F07" w:rsidRDefault="00C92780" w:rsidP="008839F4">
      <w:pPr>
        <w:spacing w:after="60"/>
        <w:ind w:firstLineChars="200" w:firstLine="420"/>
        <w:rPr>
          <w:bCs/>
          <w:lang w:eastAsia="ja-JP"/>
        </w:rPr>
      </w:pPr>
      <w:r w:rsidRPr="00167F07">
        <w:rPr>
          <w:bCs/>
          <w:lang w:eastAsia="ja-JP"/>
        </w:rPr>
        <w:t>○建築実施設計に関する追加業務</w:t>
      </w:r>
    </w:p>
    <w:p w14:paraId="4087BD6E" w14:textId="77777777" w:rsidR="000F5D6F" w:rsidRPr="00167F07" w:rsidRDefault="00C92780" w:rsidP="008839F4">
      <w:pPr>
        <w:spacing w:after="60"/>
        <w:ind w:firstLineChars="200" w:firstLine="420"/>
        <w:rPr>
          <w:bCs/>
          <w:lang w:eastAsia="ja-JP"/>
        </w:rPr>
      </w:pPr>
      <w:r w:rsidRPr="00167F07">
        <w:rPr>
          <w:bCs/>
          <w:lang w:eastAsia="ja-JP"/>
        </w:rPr>
        <w:t>○電気設備実施設計に関する追加業務</w:t>
      </w:r>
    </w:p>
    <w:p w14:paraId="327B06E5" w14:textId="77777777" w:rsidR="000F5D6F" w:rsidRPr="00167F07" w:rsidRDefault="00C92780" w:rsidP="008839F4">
      <w:pPr>
        <w:spacing w:after="60"/>
        <w:ind w:firstLineChars="200" w:firstLine="420"/>
        <w:rPr>
          <w:bCs/>
          <w:lang w:eastAsia="ja-JP"/>
        </w:rPr>
      </w:pPr>
      <w:r w:rsidRPr="00167F07">
        <w:rPr>
          <w:bCs/>
          <w:lang w:eastAsia="ja-JP"/>
        </w:rPr>
        <w:t>○機械設備実施設計に関する追加業務</w:t>
      </w:r>
    </w:p>
    <w:p w14:paraId="34C4422E" w14:textId="254B2A50" w:rsidR="000F5D6F" w:rsidRPr="00167F07" w:rsidRDefault="00C92780">
      <w:pPr>
        <w:spacing w:after="60"/>
        <w:rPr>
          <w:bCs/>
          <w:lang w:eastAsia="ja-JP"/>
        </w:rPr>
      </w:pPr>
      <w:r w:rsidRPr="00167F07">
        <w:rPr>
          <w:bCs/>
          <w:lang w:eastAsia="ja-JP"/>
        </w:rPr>
        <w:t>(４) 建物概要</w:t>
      </w:r>
    </w:p>
    <w:p w14:paraId="682BA105" w14:textId="3BCA6F73" w:rsidR="000F5D6F" w:rsidRPr="00167F07" w:rsidRDefault="00C92780" w:rsidP="004B1BE1">
      <w:pPr>
        <w:spacing w:after="60"/>
        <w:ind w:firstLineChars="150" w:firstLine="315"/>
        <w:rPr>
          <w:bCs/>
          <w:lang w:eastAsia="ja-JP"/>
        </w:rPr>
      </w:pPr>
      <w:r w:rsidRPr="00167F07">
        <w:rPr>
          <w:bCs/>
          <w:lang w:eastAsia="ja-JP"/>
        </w:rPr>
        <w:t>ア 施設名称</w:t>
      </w:r>
      <w:r w:rsidR="006070BE" w:rsidRPr="00167F07">
        <w:rPr>
          <w:rFonts w:hint="eastAsia"/>
          <w:bCs/>
          <w:lang w:eastAsia="ja-JP"/>
        </w:rPr>
        <w:t xml:space="preserve"> </w:t>
      </w:r>
      <w:r w:rsidR="004B1BE1" w:rsidRPr="00167F07">
        <w:rPr>
          <w:rFonts w:hint="eastAsia"/>
          <w:bCs/>
          <w:lang w:eastAsia="ja-JP"/>
        </w:rPr>
        <w:t xml:space="preserve">　</w:t>
      </w:r>
      <w:r w:rsidR="006070BE" w:rsidRPr="00167F07">
        <w:rPr>
          <w:rFonts w:hint="eastAsia"/>
          <w:bCs/>
          <w:lang w:eastAsia="ja-JP"/>
        </w:rPr>
        <w:t>①</w:t>
      </w:r>
      <w:r w:rsidR="004B1BE1" w:rsidRPr="00167F07">
        <w:rPr>
          <w:rFonts w:hint="eastAsia"/>
          <w:bCs/>
          <w:lang w:eastAsia="ja-JP"/>
        </w:rPr>
        <w:t>伊東小学校屋内運動場</w:t>
      </w:r>
      <w:r w:rsidR="006070BE" w:rsidRPr="00167F07">
        <w:rPr>
          <w:rFonts w:hint="eastAsia"/>
          <w:bCs/>
          <w:lang w:eastAsia="ja-JP"/>
        </w:rPr>
        <w:t xml:space="preserve">　②宇佐美中学校</w:t>
      </w:r>
      <w:r w:rsidR="006070BE" w:rsidRPr="00167F07">
        <w:rPr>
          <w:bCs/>
          <w:lang w:eastAsia="ja-JP"/>
        </w:rPr>
        <w:t>屋内運動場</w:t>
      </w:r>
    </w:p>
    <w:p w14:paraId="6CCD3380" w14:textId="687B736F" w:rsidR="000F5D6F" w:rsidRPr="00167F07" w:rsidRDefault="00C92780" w:rsidP="008839F4">
      <w:pPr>
        <w:spacing w:after="60"/>
        <w:ind w:firstLineChars="150" w:firstLine="315"/>
        <w:rPr>
          <w:bCs/>
          <w:lang w:eastAsia="ja-JP"/>
        </w:rPr>
      </w:pPr>
      <w:r w:rsidRPr="00167F07">
        <w:rPr>
          <w:bCs/>
          <w:lang w:eastAsia="ja-JP"/>
        </w:rPr>
        <w:t>イ 敷地の場所</w:t>
      </w:r>
      <w:r w:rsidR="006070BE" w:rsidRPr="00167F07">
        <w:rPr>
          <w:rFonts w:hint="eastAsia"/>
          <w:bCs/>
          <w:lang w:eastAsia="ja-JP"/>
        </w:rPr>
        <w:t xml:space="preserve"> ①</w:t>
      </w:r>
      <w:r w:rsidR="004B1BE1" w:rsidRPr="00167F07">
        <w:rPr>
          <w:rFonts w:hint="eastAsia"/>
          <w:bCs/>
          <w:lang w:eastAsia="ja-JP"/>
        </w:rPr>
        <w:t>伊東市大原２丁目２番６号</w:t>
      </w:r>
      <w:r w:rsidR="006070BE" w:rsidRPr="00167F07">
        <w:rPr>
          <w:rFonts w:hint="eastAsia"/>
          <w:bCs/>
          <w:lang w:eastAsia="ja-JP"/>
        </w:rPr>
        <w:t xml:space="preserve">　②伊東市宇佐美1537番地の1　</w:t>
      </w:r>
    </w:p>
    <w:p w14:paraId="42DE548B" w14:textId="171739A8" w:rsidR="004B1BE1" w:rsidRPr="00167F07" w:rsidRDefault="00C92780" w:rsidP="006070BE">
      <w:pPr>
        <w:spacing w:after="60"/>
        <w:ind w:firstLineChars="150" w:firstLine="315"/>
        <w:rPr>
          <w:bCs/>
          <w:lang w:eastAsia="ja-JP"/>
        </w:rPr>
      </w:pPr>
      <w:r w:rsidRPr="00167F07">
        <w:rPr>
          <w:bCs/>
          <w:lang w:eastAsia="ja-JP"/>
        </w:rPr>
        <w:t xml:space="preserve">ウ 建築物概要 </w:t>
      </w:r>
      <w:r w:rsidR="006070BE" w:rsidRPr="00167F07">
        <w:rPr>
          <w:rFonts w:hint="eastAsia"/>
          <w:bCs/>
          <w:lang w:eastAsia="ja-JP"/>
        </w:rPr>
        <w:t>①</w:t>
      </w:r>
      <w:r w:rsidR="004B1BE1" w:rsidRPr="00167F07">
        <w:rPr>
          <w:rFonts w:hint="eastAsia"/>
          <w:bCs/>
          <w:lang w:eastAsia="ja-JP"/>
        </w:rPr>
        <w:t>鉄筋コンクリート造２階建 延べ面積1,522㎡ （</w:t>
      </w:r>
      <w:r w:rsidR="00B1020F" w:rsidRPr="00167F07">
        <w:rPr>
          <w:rFonts w:hint="eastAsia"/>
          <w:bCs/>
          <w:lang w:eastAsia="ja-JP"/>
        </w:rPr>
        <w:t>空調</w:t>
      </w:r>
      <w:r w:rsidR="004B1BE1" w:rsidRPr="00167F07">
        <w:rPr>
          <w:rFonts w:hint="eastAsia"/>
          <w:bCs/>
          <w:lang w:eastAsia="ja-JP"/>
        </w:rPr>
        <w:t>設計対象：アリーナ）</w:t>
      </w:r>
    </w:p>
    <w:p w14:paraId="52E1F35C" w14:textId="776BBC83" w:rsidR="006070BE" w:rsidRPr="00167F07" w:rsidRDefault="006070BE" w:rsidP="006070BE">
      <w:pPr>
        <w:spacing w:after="60"/>
        <w:ind w:firstLineChars="850" w:firstLine="1785"/>
        <w:rPr>
          <w:bCs/>
          <w:lang w:eastAsia="ja-JP"/>
        </w:rPr>
      </w:pPr>
      <w:r w:rsidRPr="00167F07">
        <w:rPr>
          <w:rFonts w:hint="eastAsia"/>
          <w:bCs/>
          <w:lang w:eastAsia="ja-JP"/>
        </w:rPr>
        <w:t>②鉄筋コンクリート</w:t>
      </w:r>
      <w:r w:rsidRPr="00167F07">
        <w:rPr>
          <w:bCs/>
          <w:lang w:eastAsia="ja-JP"/>
        </w:rPr>
        <w:t>造</w:t>
      </w:r>
      <w:r w:rsidRPr="00167F07">
        <w:rPr>
          <w:rFonts w:hint="eastAsia"/>
          <w:bCs/>
          <w:lang w:eastAsia="ja-JP"/>
        </w:rPr>
        <w:t>３</w:t>
      </w:r>
      <w:r w:rsidRPr="00167F07">
        <w:rPr>
          <w:bCs/>
          <w:lang w:eastAsia="ja-JP"/>
        </w:rPr>
        <w:t>階</w:t>
      </w:r>
      <w:r w:rsidRPr="00167F07">
        <w:rPr>
          <w:rFonts w:hint="eastAsia"/>
          <w:bCs/>
          <w:lang w:eastAsia="ja-JP"/>
        </w:rPr>
        <w:t>建</w:t>
      </w:r>
      <w:r w:rsidRPr="00167F07">
        <w:rPr>
          <w:bCs/>
          <w:lang w:eastAsia="ja-JP"/>
        </w:rPr>
        <w:t xml:space="preserve"> 延べ面積1,</w:t>
      </w:r>
      <w:r w:rsidRPr="00167F07">
        <w:rPr>
          <w:rFonts w:hint="eastAsia"/>
          <w:bCs/>
          <w:lang w:eastAsia="ja-JP"/>
        </w:rPr>
        <w:t>427</w:t>
      </w:r>
      <w:r w:rsidRPr="00167F07">
        <w:rPr>
          <w:bCs/>
          <w:lang w:eastAsia="ja-JP"/>
        </w:rPr>
        <w:t xml:space="preserve">㎡ </w:t>
      </w:r>
      <w:r w:rsidRPr="00167F07">
        <w:rPr>
          <w:rFonts w:hint="eastAsia"/>
          <w:bCs/>
          <w:lang w:eastAsia="ja-JP"/>
        </w:rPr>
        <w:t>（空調</w:t>
      </w:r>
      <w:r w:rsidRPr="00167F07">
        <w:rPr>
          <w:bCs/>
          <w:lang w:eastAsia="ja-JP"/>
        </w:rPr>
        <w:t>設計対象</w:t>
      </w:r>
      <w:r w:rsidRPr="00167F07">
        <w:rPr>
          <w:rFonts w:hint="eastAsia"/>
          <w:bCs/>
          <w:lang w:eastAsia="ja-JP"/>
        </w:rPr>
        <w:t>：</w:t>
      </w:r>
      <w:r w:rsidRPr="00167F07">
        <w:rPr>
          <w:bCs/>
          <w:lang w:eastAsia="ja-JP"/>
        </w:rPr>
        <w:t>アリーナ）</w:t>
      </w:r>
    </w:p>
    <w:p w14:paraId="33D29EC3" w14:textId="407DB05D" w:rsidR="000F5D6F" w:rsidRPr="00167F07" w:rsidRDefault="00C92780" w:rsidP="004B1BE1">
      <w:pPr>
        <w:spacing w:after="60"/>
        <w:ind w:firstLineChars="150" w:firstLine="315"/>
        <w:rPr>
          <w:bCs/>
          <w:lang w:eastAsia="ja-JP"/>
        </w:rPr>
      </w:pPr>
      <w:r w:rsidRPr="00167F07">
        <w:rPr>
          <w:bCs/>
          <w:lang w:eastAsia="ja-JP"/>
        </w:rPr>
        <w:t xml:space="preserve">エ 工事費（諸経費込） </w:t>
      </w:r>
      <w:r w:rsidR="00202CE3" w:rsidRPr="00167F07">
        <w:rPr>
          <w:rFonts w:hint="eastAsia"/>
          <w:bCs/>
          <w:lang w:eastAsia="ja-JP"/>
        </w:rPr>
        <w:t>目標とする工事費は</w:t>
      </w:r>
      <w:r w:rsidR="00A857CA" w:rsidRPr="00167F07">
        <w:rPr>
          <w:rFonts w:hint="eastAsia"/>
          <w:bCs/>
          <w:lang w:eastAsia="ja-JP"/>
        </w:rPr>
        <w:t>、以下のとおり</w:t>
      </w:r>
      <w:r w:rsidR="00202CE3" w:rsidRPr="00167F07">
        <w:rPr>
          <w:rFonts w:hint="eastAsia"/>
          <w:bCs/>
          <w:lang w:eastAsia="ja-JP"/>
        </w:rPr>
        <w:t>とする</w:t>
      </w:r>
      <w:r w:rsidR="00A857CA" w:rsidRPr="00167F07">
        <w:rPr>
          <w:rFonts w:hint="eastAsia"/>
          <w:bCs/>
          <w:lang w:eastAsia="ja-JP"/>
        </w:rPr>
        <w:t>。</w:t>
      </w:r>
    </w:p>
    <w:p w14:paraId="044E99C9" w14:textId="159BD397" w:rsidR="00A857CA" w:rsidRPr="00167F07" w:rsidRDefault="00A857CA" w:rsidP="004B1BE1">
      <w:pPr>
        <w:spacing w:after="60"/>
        <w:ind w:firstLineChars="150" w:firstLine="315"/>
        <w:rPr>
          <w:bCs/>
          <w:lang w:eastAsia="ja-JP"/>
        </w:rPr>
      </w:pPr>
      <w:r w:rsidRPr="00167F07">
        <w:rPr>
          <w:rFonts w:hint="eastAsia"/>
          <w:bCs/>
          <w:lang w:eastAsia="ja-JP"/>
        </w:rPr>
        <w:t>（ア）伊東小学校屋内運動場空調設備設置工事　130,000千円</w:t>
      </w:r>
    </w:p>
    <w:p w14:paraId="1610F5F0" w14:textId="7E039E90" w:rsidR="00A857CA" w:rsidRPr="00167F07" w:rsidRDefault="00A857CA" w:rsidP="004B1BE1">
      <w:pPr>
        <w:spacing w:after="60"/>
        <w:ind w:firstLineChars="150" w:firstLine="315"/>
        <w:rPr>
          <w:bCs/>
          <w:lang w:eastAsia="ja-JP"/>
        </w:rPr>
      </w:pPr>
      <w:r w:rsidRPr="00167F07">
        <w:rPr>
          <w:rFonts w:hint="eastAsia"/>
          <w:bCs/>
          <w:lang w:eastAsia="ja-JP"/>
        </w:rPr>
        <w:t>（イ）宇佐美中学校</w:t>
      </w:r>
      <w:r w:rsidR="00F93B15" w:rsidRPr="00167F07">
        <w:rPr>
          <w:rFonts w:hint="eastAsia"/>
          <w:bCs/>
          <w:lang w:eastAsia="ja-JP"/>
        </w:rPr>
        <w:t>屋内</w:t>
      </w:r>
      <w:r w:rsidRPr="00167F07">
        <w:rPr>
          <w:rFonts w:hint="eastAsia"/>
          <w:bCs/>
          <w:lang w:eastAsia="ja-JP"/>
        </w:rPr>
        <w:t>運動場空調設備設置工事　110,000千円</w:t>
      </w:r>
    </w:p>
    <w:p w14:paraId="513CA471" w14:textId="47F72EDC" w:rsidR="00A857CA" w:rsidRPr="00167F07" w:rsidRDefault="00A857CA" w:rsidP="004B1BE1">
      <w:pPr>
        <w:spacing w:after="60"/>
        <w:ind w:firstLineChars="150" w:firstLine="315"/>
        <w:rPr>
          <w:bCs/>
          <w:lang w:eastAsia="ja-JP"/>
        </w:rPr>
      </w:pPr>
      <w:r w:rsidRPr="00167F07">
        <w:rPr>
          <w:rFonts w:hint="eastAsia"/>
          <w:bCs/>
          <w:lang w:eastAsia="ja-JP"/>
        </w:rPr>
        <w:t>（ウ）伊東小学校屋内運動場長寿命化改修工事　100,000千円</w:t>
      </w:r>
    </w:p>
    <w:p w14:paraId="70CD91A6" w14:textId="50E46A48" w:rsidR="00A857CA" w:rsidRPr="00167F07" w:rsidRDefault="00A857CA" w:rsidP="004B1BE1">
      <w:pPr>
        <w:spacing w:after="60"/>
        <w:ind w:firstLineChars="150" w:firstLine="315"/>
        <w:rPr>
          <w:bCs/>
          <w:lang w:eastAsia="ja-JP"/>
        </w:rPr>
      </w:pPr>
      <w:r w:rsidRPr="00167F07">
        <w:rPr>
          <w:rFonts w:hint="eastAsia"/>
          <w:bCs/>
          <w:lang w:eastAsia="ja-JP"/>
        </w:rPr>
        <w:t>（エ）宇佐美中学校屋内運動場長寿命化工事　100,000千円</w:t>
      </w:r>
    </w:p>
    <w:p w14:paraId="470BB4CF" w14:textId="7B2BF462" w:rsidR="000F5D6F" w:rsidRPr="00167F07" w:rsidRDefault="00C92780" w:rsidP="006070BE">
      <w:pPr>
        <w:spacing w:after="60"/>
        <w:ind w:firstLineChars="150" w:firstLine="315"/>
        <w:rPr>
          <w:bCs/>
          <w:lang w:eastAsia="ja-JP"/>
        </w:rPr>
      </w:pPr>
      <w:r w:rsidRPr="00167F07">
        <w:rPr>
          <w:bCs/>
          <w:lang w:eastAsia="ja-JP"/>
        </w:rPr>
        <w:t>オ 工事発注及び積算想定期間</w:t>
      </w:r>
    </w:p>
    <w:p w14:paraId="27243DB8" w14:textId="38177587" w:rsidR="000F5D6F" w:rsidRPr="00167F07" w:rsidRDefault="00A857CA" w:rsidP="008839F4">
      <w:pPr>
        <w:spacing w:after="60"/>
        <w:ind w:firstLineChars="200" w:firstLine="420"/>
        <w:rPr>
          <w:bCs/>
          <w:lang w:eastAsia="ja-JP"/>
        </w:rPr>
      </w:pPr>
      <w:r w:rsidRPr="00167F07">
        <w:rPr>
          <w:rFonts w:hint="eastAsia"/>
          <w:bCs/>
          <w:lang w:eastAsia="ja-JP"/>
        </w:rPr>
        <w:t>（ア）</w:t>
      </w:r>
      <w:r w:rsidR="00C92780" w:rsidRPr="00167F07">
        <w:rPr>
          <w:bCs/>
          <w:lang w:eastAsia="ja-JP"/>
        </w:rPr>
        <w:t xml:space="preserve"> </w:t>
      </w:r>
      <w:r w:rsidR="004B1BE1" w:rsidRPr="00167F07">
        <w:rPr>
          <w:bCs/>
          <w:lang w:eastAsia="ja-JP"/>
        </w:rPr>
        <w:t>発注時期 令和９年</w:t>
      </w:r>
      <w:r w:rsidRPr="00167F07">
        <w:rPr>
          <w:rFonts w:hint="eastAsia"/>
          <w:bCs/>
          <w:lang w:eastAsia="ja-JP"/>
        </w:rPr>
        <w:t>７</w:t>
      </w:r>
      <w:r w:rsidR="004B1BE1" w:rsidRPr="00167F07">
        <w:rPr>
          <w:bCs/>
          <w:lang w:eastAsia="ja-JP"/>
        </w:rPr>
        <w:t>月</w:t>
      </w:r>
    </w:p>
    <w:p w14:paraId="3460917D" w14:textId="57554190" w:rsidR="000F5D6F" w:rsidRPr="00167F07" w:rsidRDefault="00A857CA" w:rsidP="008839F4">
      <w:pPr>
        <w:spacing w:after="60"/>
        <w:ind w:firstLineChars="200" w:firstLine="420"/>
        <w:rPr>
          <w:bCs/>
          <w:lang w:eastAsia="ja-JP"/>
        </w:rPr>
      </w:pPr>
      <w:r w:rsidRPr="00167F07">
        <w:rPr>
          <w:rFonts w:hint="eastAsia"/>
          <w:bCs/>
          <w:lang w:eastAsia="ja-JP"/>
        </w:rPr>
        <w:t>（イ）</w:t>
      </w:r>
      <w:r w:rsidR="00C92780" w:rsidRPr="00167F07">
        <w:rPr>
          <w:bCs/>
          <w:lang w:eastAsia="ja-JP"/>
        </w:rPr>
        <w:t xml:space="preserve"> </w:t>
      </w:r>
      <w:r w:rsidR="004B1BE1" w:rsidRPr="00167F07">
        <w:rPr>
          <w:bCs/>
          <w:lang w:eastAsia="ja-JP"/>
        </w:rPr>
        <w:t>完了時期 令和９年</w:t>
      </w:r>
      <w:r w:rsidRPr="00167F07">
        <w:rPr>
          <w:rFonts w:hint="eastAsia"/>
          <w:bCs/>
          <w:lang w:eastAsia="ja-JP"/>
        </w:rPr>
        <w:t>12</w:t>
      </w:r>
      <w:r w:rsidR="004B1BE1" w:rsidRPr="00167F07">
        <w:rPr>
          <w:bCs/>
          <w:lang w:eastAsia="ja-JP"/>
        </w:rPr>
        <w:t>月末</w:t>
      </w:r>
    </w:p>
    <w:p w14:paraId="3D561C66" w14:textId="77777777" w:rsidR="000F5D6F" w:rsidRPr="00167F07" w:rsidRDefault="00C92780">
      <w:pPr>
        <w:spacing w:after="60"/>
        <w:rPr>
          <w:bCs/>
          <w:lang w:eastAsia="ja-JP"/>
        </w:rPr>
      </w:pPr>
      <w:r w:rsidRPr="00167F07">
        <w:rPr>
          <w:bCs/>
          <w:lang w:eastAsia="ja-JP"/>
        </w:rPr>
        <w:t>(５) 工事の内容</w:t>
      </w:r>
    </w:p>
    <w:p w14:paraId="2B8C54BD" w14:textId="2D1B6425" w:rsidR="000F5D6F" w:rsidRPr="00167F07" w:rsidRDefault="00C92780" w:rsidP="008839F4">
      <w:pPr>
        <w:spacing w:after="60"/>
        <w:ind w:firstLineChars="150" w:firstLine="315"/>
        <w:rPr>
          <w:bCs/>
          <w:lang w:eastAsia="ja-JP"/>
        </w:rPr>
      </w:pPr>
      <w:r w:rsidRPr="00167F07">
        <w:rPr>
          <w:bCs/>
          <w:lang w:eastAsia="ja-JP"/>
        </w:rPr>
        <w:t>・屋内運動場への空調機器の設置</w:t>
      </w:r>
    </w:p>
    <w:p w14:paraId="419BAEC7" w14:textId="77777777" w:rsidR="000F5D6F" w:rsidRPr="00167F07" w:rsidRDefault="00C92780" w:rsidP="008839F4">
      <w:pPr>
        <w:spacing w:after="60"/>
        <w:ind w:firstLineChars="150" w:firstLine="315"/>
        <w:rPr>
          <w:bCs/>
          <w:lang w:eastAsia="ja-JP"/>
        </w:rPr>
      </w:pPr>
      <w:r w:rsidRPr="00167F07">
        <w:rPr>
          <w:bCs/>
          <w:lang w:eastAsia="ja-JP"/>
        </w:rPr>
        <w:t>・上記の環境を考慮した設備改修工事</w:t>
      </w:r>
    </w:p>
    <w:p w14:paraId="6773B1DC" w14:textId="2F8E94F1" w:rsidR="004B1BE1" w:rsidRPr="00167F07" w:rsidRDefault="004B1BE1" w:rsidP="008839F4">
      <w:pPr>
        <w:spacing w:after="60"/>
        <w:ind w:firstLineChars="150" w:firstLine="315"/>
        <w:rPr>
          <w:bCs/>
          <w:lang w:eastAsia="ja-JP"/>
        </w:rPr>
      </w:pPr>
      <w:r w:rsidRPr="00167F07">
        <w:rPr>
          <w:rFonts w:hint="eastAsia"/>
          <w:bCs/>
          <w:lang w:eastAsia="ja-JP"/>
        </w:rPr>
        <w:t>・屋根及び外壁</w:t>
      </w:r>
      <w:r w:rsidR="005271A2" w:rsidRPr="00167F07">
        <w:rPr>
          <w:rFonts w:hint="eastAsia"/>
          <w:bCs/>
          <w:lang w:eastAsia="ja-JP"/>
        </w:rPr>
        <w:t>等の</w:t>
      </w:r>
      <w:r w:rsidRPr="00167F07">
        <w:rPr>
          <w:rFonts w:hint="eastAsia"/>
          <w:bCs/>
          <w:lang w:eastAsia="ja-JP"/>
        </w:rPr>
        <w:t>改修（長寿命化）工事</w:t>
      </w:r>
    </w:p>
    <w:p w14:paraId="0C8CD326" w14:textId="77777777" w:rsidR="000F5D6F" w:rsidRPr="00167F07" w:rsidRDefault="00C92780" w:rsidP="008839F4">
      <w:pPr>
        <w:spacing w:after="60"/>
        <w:ind w:firstLineChars="150" w:firstLine="315"/>
        <w:rPr>
          <w:bCs/>
          <w:lang w:eastAsia="ja-JP"/>
        </w:rPr>
      </w:pPr>
      <w:r w:rsidRPr="00167F07">
        <w:rPr>
          <w:bCs/>
          <w:lang w:eastAsia="ja-JP"/>
        </w:rPr>
        <w:t>・その他目的に合致する工事</w:t>
      </w:r>
    </w:p>
    <w:p w14:paraId="118D1DE4" w14:textId="77777777" w:rsidR="000F5D6F" w:rsidRPr="00167F07" w:rsidRDefault="00C92780">
      <w:pPr>
        <w:spacing w:after="60"/>
        <w:rPr>
          <w:bCs/>
          <w:lang w:eastAsia="ja-JP"/>
        </w:rPr>
      </w:pPr>
      <w:r w:rsidRPr="00167F07">
        <w:rPr>
          <w:bCs/>
          <w:lang w:eastAsia="ja-JP"/>
        </w:rPr>
        <w:t>(６) 設計与条件</w:t>
      </w:r>
    </w:p>
    <w:p w14:paraId="6DC0796F" w14:textId="7320EFFC" w:rsidR="000F5D6F" w:rsidRPr="00167F07" w:rsidRDefault="00C92780" w:rsidP="008839F4">
      <w:pPr>
        <w:spacing w:after="60"/>
        <w:ind w:firstLineChars="150" w:firstLine="315"/>
        <w:rPr>
          <w:bCs/>
          <w:lang w:eastAsia="ja-JP"/>
        </w:rPr>
      </w:pPr>
      <w:r w:rsidRPr="00167F07">
        <w:rPr>
          <w:bCs/>
          <w:lang w:eastAsia="ja-JP"/>
        </w:rPr>
        <w:t>・空調方式はＧＨＰ方式</w:t>
      </w:r>
      <w:r w:rsidR="00B87344" w:rsidRPr="00167F07">
        <w:rPr>
          <w:rFonts w:hint="eastAsia"/>
          <w:bCs/>
          <w:lang w:eastAsia="ja-JP"/>
        </w:rPr>
        <w:t>又はＥＨＰ方式から熱源方式を選定すること</w:t>
      </w:r>
      <w:r w:rsidRPr="00167F07">
        <w:rPr>
          <w:bCs/>
          <w:lang w:eastAsia="ja-JP"/>
        </w:rPr>
        <w:t>。</w:t>
      </w:r>
    </w:p>
    <w:p w14:paraId="0BFF8DB7" w14:textId="54115BC1" w:rsidR="000F5D6F" w:rsidRPr="00167F07" w:rsidRDefault="00C92780" w:rsidP="008839F4">
      <w:pPr>
        <w:spacing w:after="60"/>
        <w:ind w:firstLineChars="150" w:firstLine="315"/>
        <w:rPr>
          <w:bCs/>
          <w:lang w:eastAsia="ja-JP"/>
        </w:rPr>
      </w:pPr>
      <w:r w:rsidRPr="00167F07">
        <w:rPr>
          <w:bCs/>
          <w:lang w:eastAsia="ja-JP"/>
        </w:rPr>
        <w:lastRenderedPageBreak/>
        <w:t>・避難所指定のため空調機器等は停電時に自立運転可能な方式等を検討すること。</w:t>
      </w:r>
    </w:p>
    <w:p w14:paraId="38F9E9A2" w14:textId="0E35FCA5" w:rsidR="00A857CA" w:rsidRPr="00167F07" w:rsidRDefault="00A857CA" w:rsidP="008839F4">
      <w:pPr>
        <w:spacing w:after="60"/>
        <w:ind w:firstLineChars="150" w:firstLine="315"/>
        <w:rPr>
          <w:bCs/>
          <w:lang w:eastAsia="ja-JP"/>
        </w:rPr>
      </w:pPr>
      <w:r w:rsidRPr="00167F07">
        <w:rPr>
          <w:rFonts w:hint="eastAsia"/>
          <w:bCs/>
          <w:lang w:eastAsia="ja-JP"/>
        </w:rPr>
        <w:t>・設計は（４）エ（ア）から（エ）までの４工事に分割して行うこと。</w:t>
      </w:r>
    </w:p>
    <w:p w14:paraId="65EC58A8" w14:textId="6CF3550C" w:rsidR="000F5D6F" w:rsidRPr="00167F07" w:rsidRDefault="00C92780" w:rsidP="008839F4">
      <w:pPr>
        <w:spacing w:after="60"/>
        <w:ind w:firstLineChars="150" w:firstLine="315"/>
        <w:rPr>
          <w:bCs/>
          <w:lang w:eastAsia="ja-JP"/>
        </w:rPr>
      </w:pPr>
      <w:r w:rsidRPr="00167F07">
        <w:rPr>
          <w:bCs/>
          <w:lang w:eastAsia="ja-JP"/>
        </w:rPr>
        <w:t>・本設計が</w:t>
      </w:r>
      <w:r w:rsidR="00B87344" w:rsidRPr="00167F07">
        <w:rPr>
          <w:rFonts w:hint="eastAsia"/>
          <w:bCs/>
          <w:lang w:eastAsia="ja-JP"/>
        </w:rPr>
        <w:t>文部科学省</w:t>
      </w:r>
      <w:r w:rsidRPr="00167F07">
        <w:rPr>
          <w:bCs/>
          <w:lang w:eastAsia="ja-JP"/>
        </w:rPr>
        <w:t>の補助対象となるよう調査を行い、設計に反映すること。</w:t>
      </w:r>
    </w:p>
    <w:p w14:paraId="47FDE00B" w14:textId="77777777" w:rsidR="00823155" w:rsidRPr="00167F07" w:rsidRDefault="00823155">
      <w:pPr>
        <w:spacing w:after="60"/>
        <w:rPr>
          <w:bCs/>
          <w:lang w:eastAsia="ja-JP"/>
        </w:rPr>
      </w:pPr>
    </w:p>
    <w:p w14:paraId="48C49EAD" w14:textId="77777777" w:rsidR="000F5D6F" w:rsidRPr="00167F07" w:rsidRDefault="00C92780">
      <w:pPr>
        <w:spacing w:after="60"/>
        <w:rPr>
          <w:lang w:eastAsia="ja-JP"/>
        </w:rPr>
      </w:pPr>
      <w:r w:rsidRPr="00167F07">
        <w:rPr>
          <w:b/>
          <w:sz w:val="24"/>
          <w:lang w:eastAsia="ja-JP"/>
        </w:rPr>
        <w:t>２ 設計の進め方</w:t>
      </w:r>
    </w:p>
    <w:p w14:paraId="3A081F93" w14:textId="1DA4E902" w:rsidR="000F5D6F" w:rsidRPr="00167F07" w:rsidRDefault="00C92780" w:rsidP="008839F4">
      <w:pPr>
        <w:spacing w:after="60"/>
        <w:ind w:firstLineChars="50" w:firstLine="105"/>
        <w:rPr>
          <w:bCs/>
          <w:lang w:eastAsia="ja-JP"/>
        </w:rPr>
      </w:pPr>
      <w:r w:rsidRPr="00167F07">
        <w:rPr>
          <w:bCs/>
          <w:lang w:eastAsia="ja-JP"/>
        </w:rPr>
        <w:t xml:space="preserve">(１) </w:t>
      </w:r>
      <w:r w:rsidR="004B1BE1" w:rsidRPr="00167F07">
        <w:rPr>
          <w:rFonts w:hint="eastAsia"/>
          <w:bCs/>
          <w:lang w:eastAsia="ja-JP"/>
        </w:rPr>
        <w:t>伊東</w:t>
      </w:r>
      <w:r w:rsidRPr="00167F07">
        <w:rPr>
          <w:bCs/>
          <w:lang w:eastAsia="ja-JP"/>
        </w:rPr>
        <w:t>市業務委託契約約款に基づいて契約を履行する。</w:t>
      </w:r>
    </w:p>
    <w:p w14:paraId="64B0243D" w14:textId="77777777" w:rsidR="000F5D6F" w:rsidRPr="00167F07" w:rsidRDefault="00C92780" w:rsidP="008839F4">
      <w:pPr>
        <w:spacing w:after="60"/>
        <w:ind w:leftChars="50" w:left="420" w:hangingChars="150" w:hanging="315"/>
        <w:rPr>
          <w:bCs/>
          <w:lang w:eastAsia="ja-JP"/>
        </w:rPr>
      </w:pPr>
      <w:r w:rsidRPr="00167F07">
        <w:rPr>
          <w:bCs/>
          <w:lang w:eastAsia="ja-JP"/>
        </w:rPr>
        <w:t>(２) 受注者は建築基準法及び建築士法等の法令上の設計者となるので、その責任を全うしなければならない。</w:t>
      </w:r>
    </w:p>
    <w:p w14:paraId="546B3032" w14:textId="152EC4D5" w:rsidR="000F5D6F" w:rsidRPr="00167F07" w:rsidRDefault="00C92780" w:rsidP="008839F4">
      <w:pPr>
        <w:spacing w:after="60"/>
        <w:ind w:leftChars="50" w:left="420" w:hangingChars="150" w:hanging="315"/>
        <w:rPr>
          <w:bCs/>
          <w:lang w:eastAsia="ja-JP"/>
        </w:rPr>
      </w:pPr>
      <w:r w:rsidRPr="00167F07">
        <w:rPr>
          <w:bCs/>
          <w:lang w:eastAsia="ja-JP"/>
        </w:rPr>
        <w:t>(３) 設計は建築基準法及び関係法令並びにこれに基づく命令及び条例の規定によるほか、国土交通省大臣官房官庁営繕部監修の公共建築工事標準仕様書及び標準図並びに県の定める各種の設計基準（</w:t>
      </w:r>
      <w:r w:rsidR="00A857CA" w:rsidRPr="00167F07">
        <w:rPr>
          <w:rFonts w:hint="eastAsia"/>
          <w:bCs/>
          <w:lang w:eastAsia="ja-JP"/>
        </w:rPr>
        <w:t>３（２）</w:t>
      </w:r>
      <w:r w:rsidRPr="00167F07">
        <w:rPr>
          <w:bCs/>
          <w:lang w:eastAsia="ja-JP"/>
        </w:rPr>
        <w:t>準拠すべき基準）等による。</w:t>
      </w:r>
    </w:p>
    <w:p w14:paraId="2F24C78E" w14:textId="77777777" w:rsidR="000F5D6F" w:rsidRPr="00167F07" w:rsidRDefault="00C92780" w:rsidP="008839F4">
      <w:pPr>
        <w:spacing w:after="60"/>
        <w:ind w:firstLineChars="50" w:firstLine="105"/>
        <w:rPr>
          <w:bCs/>
          <w:lang w:eastAsia="ja-JP"/>
        </w:rPr>
      </w:pPr>
      <w:r w:rsidRPr="00167F07">
        <w:rPr>
          <w:bCs/>
          <w:lang w:eastAsia="ja-JP"/>
        </w:rPr>
        <w:t>(４) 現地を十分調査の上、監督員と綿密な打合せを重ねて設計を進める。</w:t>
      </w:r>
    </w:p>
    <w:p w14:paraId="310860D0" w14:textId="77777777" w:rsidR="000F5D6F" w:rsidRPr="00167F07" w:rsidRDefault="00C92780" w:rsidP="008839F4">
      <w:pPr>
        <w:spacing w:after="60"/>
        <w:ind w:firstLineChars="50" w:firstLine="105"/>
        <w:rPr>
          <w:bCs/>
          <w:lang w:eastAsia="ja-JP"/>
        </w:rPr>
      </w:pPr>
      <w:r w:rsidRPr="00167F07">
        <w:rPr>
          <w:bCs/>
          <w:lang w:eastAsia="ja-JP"/>
        </w:rPr>
        <w:t>(５) 設計の段階ごとに設計案を提出し、監督員の確認を受けてから次階へ進む。</w:t>
      </w:r>
    </w:p>
    <w:p w14:paraId="2976D751" w14:textId="77777777" w:rsidR="000F5D6F" w:rsidRPr="00167F07" w:rsidRDefault="00C92780" w:rsidP="008839F4">
      <w:pPr>
        <w:spacing w:after="60"/>
        <w:ind w:leftChars="50" w:left="420" w:hangingChars="150" w:hanging="315"/>
        <w:rPr>
          <w:bCs/>
          <w:lang w:eastAsia="ja-JP"/>
        </w:rPr>
      </w:pPr>
      <w:r w:rsidRPr="00167F07">
        <w:rPr>
          <w:bCs/>
          <w:lang w:eastAsia="ja-JP"/>
        </w:rPr>
        <w:t>(６) 設計の一部について他の専門事務所に協力を求める場合は、十分な能力を有するものを選定するとともに自らの責任において指導すること。</w:t>
      </w:r>
    </w:p>
    <w:p w14:paraId="4F2F0A67" w14:textId="77777777" w:rsidR="000F5D6F" w:rsidRPr="00167F07" w:rsidRDefault="00C92780" w:rsidP="008839F4">
      <w:pPr>
        <w:spacing w:after="60"/>
        <w:ind w:leftChars="50" w:left="420" w:hangingChars="150" w:hanging="315"/>
        <w:rPr>
          <w:bCs/>
          <w:lang w:eastAsia="ja-JP"/>
        </w:rPr>
      </w:pPr>
      <w:r w:rsidRPr="00167F07">
        <w:rPr>
          <w:bCs/>
          <w:lang w:eastAsia="ja-JP"/>
        </w:rPr>
        <w:t>(７) 工法・材料・機器類等の選定に当たっては、価格・実績・市場の流動性・維持管理の容易性等十分な比較検討をして採用すること。</w:t>
      </w:r>
    </w:p>
    <w:p w14:paraId="5AAEF24D" w14:textId="77777777" w:rsidR="000F5D6F" w:rsidRPr="00167F07" w:rsidRDefault="00C92780" w:rsidP="008839F4">
      <w:pPr>
        <w:spacing w:after="60"/>
        <w:ind w:leftChars="50" w:left="420" w:hangingChars="150" w:hanging="315"/>
        <w:rPr>
          <w:bCs/>
          <w:lang w:eastAsia="ja-JP"/>
        </w:rPr>
      </w:pPr>
      <w:r w:rsidRPr="00167F07">
        <w:rPr>
          <w:bCs/>
          <w:lang w:eastAsia="ja-JP"/>
        </w:rPr>
        <w:t>(８) 特定の新技術・新工法及び特許等に関わる導入については、十分な検討を行い優位性・合理性を有することを検証し、監督員と協議の上、採用すること。</w:t>
      </w:r>
    </w:p>
    <w:p w14:paraId="0492487F" w14:textId="77777777" w:rsidR="000F5D6F" w:rsidRPr="00167F07" w:rsidRDefault="00C92780" w:rsidP="008839F4">
      <w:pPr>
        <w:spacing w:after="60"/>
        <w:ind w:leftChars="50" w:left="420" w:hangingChars="150" w:hanging="315"/>
        <w:rPr>
          <w:bCs/>
          <w:lang w:eastAsia="ja-JP"/>
        </w:rPr>
      </w:pPr>
      <w:r w:rsidRPr="00167F07">
        <w:rPr>
          <w:bCs/>
          <w:lang w:eastAsia="ja-JP"/>
        </w:rPr>
        <w:t>(９) 技術情報や見積書等の収集に当たっては、特定のものに偏よることなく又、設計に利害を有するものから過度の技術サービスを受ける事なく自らの責任において収集すること。</w:t>
      </w:r>
    </w:p>
    <w:p w14:paraId="7AF3DF6A" w14:textId="77777777" w:rsidR="000F5D6F" w:rsidRPr="00167F07" w:rsidRDefault="00C92780" w:rsidP="008839F4">
      <w:pPr>
        <w:spacing w:after="60"/>
        <w:ind w:leftChars="50" w:left="420" w:hangingChars="150" w:hanging="315"/>
        <w:rPr>
          <w:bCs/>
          <w:lang w:eastAsia="ja-JP"/>
        </w:rPr>
      </w:pPr>
      <w:r w:rsidRPr="00167F07">
        <w:rPr>
          <w:bCs/>
          <w:lang w:eastAsia="ja-JP"/>
        </w:rPr>
        <w:t>(10) 設計が終了したときは、監督員が指定する設計図書等の複製を提出して審査を受け、これに基づいて所要の訂正を行い、検査を受けた後、成果物を引渡す。</w:t>
      </w:r>
    </w:p>
    <w:p w14:paraId="78CED6F2" w14:textId="77777777" w:rsidR="000F5D6F" w:rsidRPr="00167F07" w:rsidRDefault="00C92780" w:rsidP="008839F4">
      <w:pPr>
        <w:spacing w:after="60"/>
        <w:ind w:firstLineChars="50" w:firstLine="105"/>
        <w:rPr>
          <w:bCs/>
          <w:lang w:eastAsia="ja-JP"/>
        </w:rPr>
      </w:pPr>
      <w:r w:rsidRPr="00167F07">
        <w:rPr>
          <w:bCs/>
          <w:lang w:eastAsia="ja-JP"/>
        </w:rPr>
        <w:t>(11) 前項のほか、監督員の指示により図面を適宜提出する。</w:t>
      </w:r>
    </w:p>
    <w:p w14:paraId="3219026B" w14:textId="77777777" w:rsidR="000F5D6F" w:rsidRPr="00167F07" w:rsidRDefault="00C92780" w:rsidP="008839F4">
      <w:pPr>
        <w:spacing w:after="60"/>
        <w:ind w:firstLineChars="50" w:firstLine="105"/>
        <w:rPr>
          <w:bCs/>
          <w:lang w:eastAsia="ja-JP"/>
        </w:rPr>
      </w:pPr>
      <w:r w:rsidRPr="00167F07">
        <w:rPr>
          <w:bCs/>
          <w:lang w:eastAsia="ja-JP"/>
        </w:rPr>
        <w:t>(12) 概略工事工程表を作成する際は、監督員と協議した上で作成する。</w:t>
      </w:r>
    </w:p>
    <w:p w14:paraId="047E8A22" w14:textId="77777777" w:rsidR="000F5D6F" w:rsidRPr="00167F07" w:rsidRDefault="00C92780" w:rsidP="008839F4">
      <w:pPr>
        <w:spacing w:after="60"/>
        <w:ind w:leftChars="50" w:left="420" w:hangingChars="150" w:hanging="315"/>
        <w:rPr>
          <w:bCs/>
          <w:lang w:eastAsia="ja-JP"/>
        </w:rPr>
      </w:pPr>
      <w:r w:rsidRPr="00167F07">
        <w:rPr>
          <w:bCs/>
          <w:lang w:eastAsia="ja-JP"/>
        </w:rPr>
        <w:t>(13) CAD図面の作成は、「静岡県CAD図面作成要領」によるが、CADデータフォーマットはJWW形式とし、JW-CADで完全に表示および印刷できるよう調整しておくこと。</w:t>
      </w:r>
    </w:p>
    <w:p w14:paraId="0585E3DE" w14:textId="77777777" w:rsidR="000F5D6F" w:rsidRPr="00167F07" w:rsidRDefault="00C92780" w:rsidP="00B46B5B">
      <w:pPr>
        <w:spacing w:after="60"/>
        <w:ind w:rightChars="-50" w:right="-105" w:firstLineChars="50" w:firstLine="105"/>
        <w:rPr>
          <w:bCs/>
          <w:lang w:eastAsia="ja-JP"/>
        </w:rPr>
      </w:pPr>
      <w:r w:rsidRPr="00167F07">
        <w:rPr>
          <w:bCs/>
          <w:lang w:eastAsia="ja-JP"/>
        </w:rPr>
        <w:t>(14) 特記仕様書に明記されていない事項があるときは、発注者と受注者との間で協議して定める。</w:t>
      </w:r>
    </w:p>
    <w:p w14:paraId="7C8360E2" w14:textId="77777777" w:rsidR="000F5D6F" w:rsidRPr="00167F07" w:rsidRDefault="000F5D6F">
      <w:pPr>
        <w:spacing w:after="60"/>
        <w:rPr>
          <w:lang w:eastAsia="ja-JP"/>
        </w:rPr>
      </w:pPr>
    </w:p>
    <w:p w14:paraId="5728C8DE" w14:textId="77777777" w:rsidR="000F5D6F" w:rsidRPr="00167F07" w:rsidRDefault="00C92780">
      <w:pPr>
        <w:spacing w:after="60"/>
        <w:rPr>
          <w:lang w:eastAsia="ja-JP"/>
        </w:rPr>
      </w:pPr>
      <w:r w:rsidRPr="00167F07">
        <w:rPr>
          <w:b/>
          <w:sz w:val="24"/>
          <w:lang w:eastAsia="ja-JP"/>
        </w:rPr>
        <w:t>３ 業務仕様</w:t>
      </w:r>
    </w:p>
    <w:p w14:paraId="52AED5C6" w14:textId="77777777" w:rsidR="000F5D6F" w:rsidRPr="00167F07" w:rsidRDefault="00C92780" w:rsidP="00BC7542">
      <w:pPr>
        <w:spacing w:after="60"/>
        <w:ind w:firstLineChars="50" w:firstLine="105"/>
        <w:rPr>
          <w:bCs/>
          <w:lang w:eastAsia="ja-JP"/>
        </w:rPr>
      </w:pPr>
      <w:r w:rsidRPr="00167F07">
        <w:rPr>
          <w:bCs/>
          <w:lang w:eastAsia="ja-JP"/>
        </w:rPr>
        <w:t>(１) 設計業務の内容及び範囲</w:t>
      </w:r>
    </w:p>
    <w:p w14:paraId="184BE0B4" w14:textId="77777777" w:rsidR="000F5D6F" w:rsidRPr="00167F07" w:rsidRDefault="00C92780" w:rsidP="006070BE">
      <w:pPr>
        <w:spacing w:after="60"/>
        <w:ind w:firstLineChars="200" w:firstLine="420"/>
        <w:rPr>
          <w:lang w:eastAsia="ja-JP"/>
        </w:rPr>
      </w:pPr>
      <w:r w:rsidRPr="00167F07">
        <w:rPr>
          <w:lang w:eastAsia="ja-JP"/>
        </w:rPr>
        <w:t>ア 設計業務の内容及び範囲</w:t>
      </w:r>
    </w:p>
    <w:p w14:paraId="31F80FB7" w14:textId="77777777" w:rsidR="000F5D6F" w:rsidRPr="00167F07" w:rsidRDefault="00C92780" w:rsidP="006070BE">
      <w:pPr>
        <w:spacing w:after="60"/>
        <w:ind w:firstLineChars="350" w:firstLine="735"/>
        <w:rPr>
          <w:lang w:eastAsia="ja-JP"/>
        </w:rPr>
      </w:pPr>
      <w:r w:rsidRPr="00167F07">
        <w:rPr>
          <w:lang w:eastAsia="ja-JP"/>
        </w:rPr>
        <w:t>標準業務の内容は、次の(ア)に掲げるものとし、以下の資料作成等を含むものとする。</w:t>
      </w:r>
    </w:p>
    <w:p w14:paraId="3ABB1FA4" w14:textId="77777777" w:rsidR="008839F4" w:rsidRPr="00167F07" w:rsidRDefault="00C92780" w:rsidP="006070BE">
      <w:pPr>
        <w:spacing w:after="60"/>
        <w:ind w:firstLineChars="350" w:firstLine="735"/>
        <w:rPr>
          <w:lang w:eastAsia="ja-JP"/>
        </w:rPr>
      </w:pPr>
      <w:r w:rsidRPr="00167F07">
        <w:rPr>
          <w:lang w:eastAsia="ja-JP"/>
        </w:rPr>
        <w:t>※委託業務の履行にあたって、設計内容の説明等に用いる資料等の作成</w:t>
      </w:r>
    </w:p>
    <w:p w14:paraId="147FAD69" w14:textId="6717A2A0" w:rsidR="000F5D6F" w:rsidRPr="00167F07" w:rsidRDefault="00C92780" w:rsidP="006070BE">
      <w:pPr>
        <w:spacing w:after="60"/>
        <w:ind w:firstLineChars="300" w:firstLine="630"/>
        <w:rPr>
          <w:lang w:eastAsia="ja-JP"/>
        </w:rPr>
      </w:pPr>
      <w:r w:rsidRPr="00167F07">
        <w:rPr>
          <w:lang w:eastAsia="ja-JP"/>
        </w:rPr>
        <w:t>（各種技術資料を含む。）</w:t>
      </w:r>
    </w:p>
    <w:p w14:paraId="012C4507" w14:textId="77777777" w:rsidR="000F5D6F" w:rsidRPr="00167F07" w:rsidRDefault="00C92780" w:rsidP="006070BE">
      <w:pPr>
        <w:spacing w:after="60"/>
        <w:ind w:firstLineChars="350" w:firstLine="735"/>
        <w:rPr>
          <w:lang w:eastAsia="ja-JP"/>
        </w:rPr>
      </w:pPr>
      <w:r w:rsidRPr="00167F07">
        <w:rPr>
          <w:lang w:eastAsia="ja-JP"/>
        </w:rPr>
        <w:t>※工事費概算調書の作成</w:t>
      </w:r>
    </w:p>
    <w:p w14:paraId="1A60D3A5" w14:textId="68D82873" w:rsidR="000F5D6F" w:rsidRPr="00167F07" w:rsidRDefault="006070BE" w:rsidP="006070BE">
      <w:pPr>
        <w:spacing w:after="60"/>
        <w:ind w:firstLineChars="300" w:firstLine="630"/>
        <w:rPr>
          <w:lang w:eastAsia="ja-JP"/>
        </w:rPr>
      </w:pPr>
      <w:r w:rsidRPr="00167F07">
        <w:rPr>
          <w:rFonts w:hint="eastAsia"/>
          <w:lang w:eastAsia="ja-JP"/>
        </w:rPr>
        <w:t>・</w:t>
      </w:r>
      <w:r w:rsidR="00C92780" w:rsidRPr="00167F07">
        <w:rPr>
          <w:lang w:eastAsia="ja-JP"/>
        </w:rPr>
        <w:t>実施設計</w:t>
      </w:r>
    </w:p>
    <w:p w14:paraId="0FA419F7" w14:textId="77777777" w:rsidR="000F5D6F" w:rsidRPr="00167F07" w:rsidRDefault="00C92780" w:rsidP="006070BE">
      <w:pPr>
        <w:spacing w:after="60"/>
        <w:ind w:firstLineChars="400" w:firstLine="840"/>
        <w:rPr>
          <w:lang w:eastAsia="ja-JP"/>
        </w:rPr>
      </w:pPr>
      <w:r w:rsidRPr="00167F07">
        <w:rPr>
          <w:lang w:eastAsia="ja-JP"/>
        </w:rPr>
        <w:lastRenderedPageBreak/>
        <w:t>○要求等の確認</w:t>
      </w:r>
    </w:p>
    <w:p w14:paraId="2584E07A" w14:textId="77777777" w:rsidR="000F5D6F" w:rsidRPr="00167F07" w:rsidRDefault="00C92780" w:rsidP="006070BE">
      <w:pPr>
        <w:spacing w:after="60"/>
        <w:ind w:firstLineChars="400" w:firstLine="840"/>
        <w:rPr>
          <w:lang w:eastAsia="ja-JP"/>
        </w:rPr>
      </w:pPr>
      <w:r w:rsidRPr="00167F07">
        <w:rPr>
          <w:lang w:eastAsia="ja-JP"/>
        </w:rPr>
        <w:t>○法令上の諸条件の調査及び関係機関との打合せ</w:t>
      </w:r>
    </w:p>
    <w:p w14:paraId="75A46BF1" w14:textId="77777777" w:rsidR="000F5D6F" w:rsidRPr="00167F07" w:rsidRDefault="00C92780" w:rsidP="006070BE">
      <w:pPr>
        <w:spacing w:after="60"/>
        <w:ind w:firstLineChars="400" w:firstLine="840"/>
        <w:rPr>
          <w:lang w:eastAsia="ja-JP"/>
        </w:rPr>
      </w:pPr>
      <w:r w:rsidRPr="00167F07">
        <w:rPr>
          <w:lang w:eastAsia="ja-JP"/>
        </w:rPr>
        <w:t>○実施設計方針の策定</w:t>
      </w:r>
    </w:p>
    <w:p w14:paraId="3FCDE6E9" w14:textId="77777777" w:rsidR="000F5D6F" w:rsidRPr="00167F07" w:rsidRDefault="00C92780" w:rsidP="006070BE">
      <w:pPr>
        <w:spacing w:after="60"/>
        <w:ind w:firstLineChars="400" w:firstLine="840"/>
        <w:rPr>
          <w:lang w:eastAsia="ja-JP"/>
        </w:rPr>
      </w:pPr>
      <w:r w:rsidRPr="00167F07">
        <w:rPr>
          <w:lang w:eastAsia="ja-JP"/>
        </w:rPr>
        <w:t>○実施設計図書の作成</w:t>
      </w:r>
    </w:p>
    <w:p w14:paraId="59205F85" w14:textId="77777777" w:rsidR="000F5D6F" w:rsidRPr="00167F07" w:rsidRDefault="00C92780" w:rsidP="006070BE">
      <w:pPr>
        <w:spacing w:after="60"/>
        <w:ind w:firstLineChars="400" w:firstLine="840"/>
        <w:rPr>
          <w:lang w:eastAsia="ja-JP"/>
        </w:rPr>
      </w:pPr>
      <w:r w:rsidRPr="00167F07">
        <w:rPr>
          <w:lang w:eastAsia="ja-JP"/>
        </w:rPr>
        <w:t>○概算工事費の検討</w:t>
      </w:r>
    </w:p>
    <w:p w14:paraId="49FD5A37" w14:textId="77777777" w:rsidR="000F5D6F" w:rsidRPr="00167F07" w:rsidRDefault="00C92780" w:rsidP="006070BE">
      <w:pPr>
        <w:spacing w:after="60"/>
        <w:ind w:firstLineChars="400" w:firstLine="840"/>
        <w:rPr>
          <w:lang w:eastAsia="ja-JP"/>
        </w:rPr>
      </w:pPr>
      <w:r w:rsidRPr="00167F07">
        <w:rPr>
          <w:lang w:eastAsia="ja-JP"/>
        </w:rPr>
        <w:t>○実施設計内容の建築主への説明等</w:t>
      </w:r>
    </w:p>
    <w:p w14:paraId="177AD536" w14:textId="77777777" w:rsidR="000F5D6F" w:rsidRPr="00167F07" w:rsidRDefault="00C92780" w:rsidP="006070BE">
      <w:pPr>
        <w:spacing w:after="60"/>
        <w:ind w:firstLineChars="200" w:firstLine="420"/>
        <w:rPr>
          <w:lang w:eastAsia="ja-JP"/>
        </w:rPr>
      </w:pPr>
      <w:r w:rsidRPr="00167F07">
        <w:rPr>
          <w:lang w:eastAsia="ja-JP"/>
        </w:rPr>
        <w:t>イ 対象外業務の有無（業務量の軽減に係る事項）</w:t>
      </w:r>
    </w:p>
    <w:p w14:paraId="5E523B4D" w14:textId="77777777" w:rsidR="000F5D6F" w:rsidRPr="00167F07" w:rsidRDefault="00C92780" w:rsidP="006070BE">
      <w:pPr>
        <w:spacing w:after="60"/>
        <w:ind w:firstLineChars="300" w:firstLine="630"/>
        <w:rPr>
          <w:lang w:eastAsia="ja-JP"/>
        </w:rPr>
      </w:pPr>
      <w:r w:rsidRPr="00167F07">
        <w:rPr>
          <w:lang w:eastAsia="ja-JP"/>
        </w:rPr>
        <w:t>(ア) 建築技術職員等の関与の有無</w:t>
      </w:r>
    </w:p>
    <w:p w14:paraId="13B9EC24" w14:textId="3E41EC2E" w:rsidR="000F5D6F" w:rsidRPr="00167F07" w:rsidRDefault="00C92780" w:rsidP="006070BE">
      <w:pPr>
        <w:spacing w:after="60"/>
        <w:ind w:firstLineChars="400" w:firstLine="840"/>
        <w:rPr>
          <w:lang w:eastAsia="ja-JP"/>
        </w:rPr>
      </w:pPr>
      <w:r w:rsidRPr="00167F07">
        <w:rPr>
          <w:lang w:eastAsia="ja-JP"/>
        </w:rPr>
        <w:t>○</w:t>
      </w:r>
      <w:r w:rsidR="00A857CA" w:rsidRPr="00167F07">
        <w:rPr>
          <w:rFonts w:hint="eastAsia"/>
          <w:lang w:eastAsia="ja-JP"/>
        </w:rPr>
        <w:t>有</w:t>
      </w:r>
    </w:p>
    <w:p w14:paraId="5EA4DB85" w14:textId="77777777" w:rsidR="000F5D6F" w:rsidRPr="00167F07" w:rsidRDefault="00C92780" w:rsidP="006070BE">
      <w:pPr>
        <w:spacing w:after="60"/>
        <w:ind w:firstLineChars="300" w:firstLine="630"/>
        <w:rPr>
          <w:lang w:eastAsia="ja-JP"/>
        </w:rPr>
      </w:pPr>
      <w:r w:rsidRPr="00167F07">
        <w:rPr>
          <w:lang w:eastAsia="ja-JP"/>
        </w:rPr>
        <w:t>(イ) 資料提供等の有無</w:t>
      </w:r>
    </w:p>
    <w:p w14:paraId="7586713A" w14:textId="77777777" w:rsidR="000F5D6F" w:rsidRPr="00167F07" w:rsidRDefault="00C92780" w:rsidP="006070BE">
      <w:pPr>
        <w:spacing w:after="60"/>
        <w:ind w:firstLineChars="400" w:firstLine="840"/>
        <w:rPr>
          <w:lang w:eastAsia="ja-JP"/>
        </w:rPr>
      </w:pPr>
      <w:r w:rsidRPr="00167F07">
        <w:rPr>
          <w:lang w:eastAsia="ja-JP"/>
        </w:rPr>
        <w:t>○類似の参考例なし・当該施設の竣工図の提供可能</w:t>
      </w:r>
    </w:p>
    <w:p w14:paraId="41B2BE33" w14:textId="77777777" w:rsidR="000F5D6F" w:rsidRPr="00167F07" w:rsidRDefault="00C92780" w:rsidP="00EA35B4">
      <w:pPr>
        <w:spacing w:after="60"/>
        <w:ind w:firstLineChars="200" w:firstLine="420"/>
        <w:rPr>
          <w:lang w:eastAsia="ja-JP"/>
        </w:rPr>
      </w:pPr>
      <w:r w:rsidRPr="00167F07">
        <w:rPr>
          <w:lang w:eastAsia="ja-JP"/>
        </w:rPr>
        <w:t>ウ 追加業務の内容及び範囲</w:t>
      </w:r>
    </w:p>
    <w:p w14:paraId="01377563" w14:textId="77777777" w:rsidR="000F5D6F" w:rsidRPr="00167F07" w:rsidRDefault="00C92780" w:rsidP="00B46B5B">
      <w:pPr>
        <w:spacing w:after="60"/>
        <w:ind w:leftChars="300" w:left="840" w:rightChars="-50" w:right="-105" w:hangingChars="100" w:hanging="210"/>
        <w:rPr>
          <w:lang w:eastAsia="ja-JP"/>
        </w:rPr>
      </w:pPr>
      <w:r w:rsidRPr="00167F07">
        <w:rPr>
          <w:lang w:eastAsia="ja-JP"/>
        </w:rPr>
        <w:t>○積算業務（積算数量算出書の作成、単価作成資料の作成、見積徴収、見積検討資料の作成）</w:t>
      </w:r>
    </w:p>
    <w:p w14:paraId="479EF5AF" w14:textId="77777777" w:rsidR="000F5D6F" w:rsidRPr="00167F07" w:rsidRDefault="00C92780" w:rsidP="00263D34">
      <w:pPr>
        <w:spacing w:after="60"/>
        <w:ind w:firstLineChars="300" w:firstLine="630"/>
        <w:rPr>
          <w:lang w:eastAsia="ja-JP"/>
        </w:rPr>
      </w:pPr>
      <w:r w:rsidRPr="00167F07">
        <w:rPr>
          <w:lang w:eastAsia="ja-JP"/>
        </w:rPr>
        <w:t>○設計概要書の作成</w:t>
      </w:r>
    </w:p>
    <w:p w14:paraId="2987A459" w14:textId="7188F244" w:rsidR="000F5D6F" w:rsidRPr="00167F07" w:rsidRDefault="00C92780" w:rsidP="00263D34">
      <w:pPr>
        <w:spacing w:after="60"/>
        <w:ind w:firstLineChars="300" w:firstLine="630"/>
        <w:rPr>
          <w:lang w:eastAsia="ja-JP"/>
        </w:rPr>
      </w:pPr>
      <w:r w:rsidRPr="00167F07">
        <w:rPr>
          <w:lang w:eastAsia="ja-JP"/>
        </w:rPr>
        <w:t>○概略工事工程表の作成</w:t>
      </w:r>
    </w:p>
    <w:p w14:paraId="53B8BBDA" w14:textId="77777777" w:rsidR="000F5D6F" w:rsidRPr="00167F07" w:rsidRDefault="00C92780" w:rsidP="00BC7542">
      <w:pPr>
        <w:spacing w:after="60"/>
        <w:ind w:firstLineChars="50" w:firstLine="105"/>
        <w:rPr>
          <w:bCs/>
          <w:lang w:eastAsia="ja-JP"/>
        </w:rPr>
      </w:pPr>
      <w:r w:rsidRPr="00167F07">
        <w:rPr>
          <w:bCs/>
          <w:lang w:eastAsia="ja-JP"/>
        </w:rPr>
        <w:t>(２) 準拠すべき基準等</w:t>
      </w:r>
    </w:p>
    <w:p w14:paraId="710B8C02" w14:textId="77777777" w:rsidR="000F5D6F" w:rsidRPr="00167F07" w:rsidRDefault="00C92780" w:rsidP="00263D34">
      <w:pPr>
        <w:spacing w:after="60"/>
        <w:ind w:firstLineChars="200" w:firstLine="420"/>
        <w:rPr>
          <w:lang w:eastAsia="ja-JP"/>
        </w:rPr>
      </w:pPr>
      <w:r w:rsidRPr="00167F07">
        <w:rPr>
          <w:lang w:eastAsia="ja-JP"/>
        </w:rPr>
        <w:t>ア 積算</w:t>
      </w:r>
    </w:p>
    <w:p w14:paraId="6307258E" w14:textId="77777777" w:rsidR="000F5D6F" w:rsidRPr="00167F07" w:rsidRDefault="00C92780" w:rsidP="00263D34">
      <w:pPr>
        <w:spacing w:after="60"/>
        <w:ind w:firstLineChars="300" w:firstLine="630"/>
      </w:pPr>
      <w:r w:rsidRPr="00167F07">
        <w:t>○</w:t>
      </w:r>
      <w:proofErr w:type="spellStart"/>
      <w:r w:rsidRPr="00167F07">
        <w:t>静岡県建築工事積算基準</w:t>
      </w:r>
      <w:proofErr w:type="spellEnd"/>
    </w:p>
    <w:p w14:paraId="2438AA1B" w14:textId="77777777" w:rsidR="000F5D6F" w:rsidRPr="00167F07" w:rsidRDefault="00C92780" w:rsidP="00263D34">
      <w:pPr>
        <w:spacing w:after="60"/>
        <w:ind w:firstLineChars="300" w:firstLine="630"/>
      </w:pPr>
      <w:r w:rsidRPr="00167F07">
        <w:t>○</w:t>
      </w:r>
      <w:proofErr w:type="spellStart"/>
      <w:r w:rsidRPr="00167F07">
        <w:t>静岡県建築数量積算基準</w:t>
      </w:r>
      <w:proofErr w:type="spellEnd"/>
    </w:p>
    <w:p w14:paraId="2CE28867" w14:textId="77777777" w:rsidR="000F5D6F" w:rsidRPr="00167F07" w:rsidRDefault="00C92780" w:rsidP="00263D34">
      <w:pPr>
        <w:spacing w:after="60"/>
        <w:ind w:firstLineChars="300" w:firstLine="630"/>
      </w:pPr>
      <w:r w:rsidRPr="00167F07">
        <w:t>○</w:t>
      </w:r>
      <w:proofErr w:type="spellStart"/>
      <w:r w:rsidRPr="00167F07">
        <w:t>静岡県建築設備数量積算基準</w:t>
      </w:r>
      <w:proofErr w:type="spellEnd"/>
    </w:p>
    <w:p w14:paraId="0997B2E9" w14:textId="77777777" w:rsidR="000F5D6F" w:rsidRPr="00167F07" w:rsidRDefault="00C92780" w:rsidP="00263D34">
      <w:pPr>
        <w:spacing w:after="60"/>
        <w:ind w:firstLineChars="200" w:firstLine="420"/>
        <w:rPr>
          <w:lang w:eastAsia="ja-JP"/>
        </w:rPr>
      </w:pPr>
      <w:r w:rsidRPr="00167F07">
        <w:rPr>
          <w:lang w:eastAsia="ja-JP"/>
        </w:rPr>
        <w:t>イ 仕様書</w:t>
      </w:r>
    </w:p>
    <w:p w14:paraId="1BB73FCE" w14:textId="77777777" w:rsidR="000F5D6F" w:rsidRPr="00167F07" w:rsidRDefault="00C92780" w:rsidP="00263D34">
      <w:pPr>
        <w:spacing w:after="60"/>
        <w:ind w:firstLineChars="300" w:firstLine="630"/>
        <w:rPr>
          <w:lang w:eastAsia="ja-JP"/>
        </w:rPr>
      </w:pPr>
      <w:r w:rsidRPr="00167F07">
        <w:rPr>
          <w:lang w:eastAsia="ja-JP"/>
        </w:rPr>
        <w:t>○公共建築工事標準仕様書（建築工事編）（国土交通省大臣官房官庁営繕部）</w:t>
      </w:r>
    </w:p>
    <w:p w14:paraId="60178D49" w14:textId="77777777" w:rsidR="000F5D6F" w:rsidRPr="00167F07" w:rsidRDefault="00C92780" w:rsidP="00263D34">
      <w:pPr>
        <w:spacing w:after="60"/>
        <w:ind w:firstLineChars="300" w:firstLine="630"/>
      </w:pPr>
      <w:r w:rsidRPr="00167F07">
        <w:t>○</w:t>
      </w:r>
      <w:proofErr w:type="spellStart"/>
      <w:r w:rsidRPr="00167F07">
        <w:t>公共建築工事標準仕様書（電気設備工事編</w:t>
      </w:r>
      <w:proofErr w:type="spellEnd"/>
      <w:r w:rsidRPr="00167F07">
        <w:t>）（</w:t>
      </w:r>
      <w:proofErr w:type="spellStart"/>
      <w:r w:rsidRPr="00167F07">
        <w:t>国土交通省大臣官房官庁営繕部</w:t>
      </w:r>
      <w:proofErr w:type="spellEnd"/>
      <w:r w:rsidRPr="00167F07">
        <w:t>）</w:t>
      </w:r>
    </w:p>
    <w:p w14:paraId="0294265B" w14:textId="77777777" w:rsidR="000F5D6F" w:rsidRPr="00167F07" w:rsidRDefault="00C92780" w:rsidP="00263D34">
      <w:pPr>
        <w:spacing w:after="60"/>
        <w:ind w:firstLineChars="300" w:firstLine="630"/>
      </w:pPr>
      <w:r w:rsidRPr="00167F07">
        <w:t>○</w:t>
      </w:r>
      <w:proofErr w:type="spellStart"/>
      <w:r w:rsidRPr="00167F07">
        <w:t>公共建築工事標準仕様書（機械設備工事編</w:t>
      </w:r>
      <w:proofErr w:type="spellEnd"/>
      <w:r w:rsidRPr="00167F07">
        <w:t>）（</w:t>
      </w:r>
      <w:proofErr w:type="spellStart"/>
      <w:r w:rsidRPr="00167F07">
        <w:t>国土交通省大臣官房官庁営繕部</w:t>
      </w:r>
      <w:proofErr w:type="spellEnd"/>
      <w:r w:rsidRPr="00167F07">
        <w:t>）</w:t>
      </w:r>
    </w:p>
    <w:p w14:paraId="089015B4" w14:textId="77777777" w:rsidR="000F5D6F" w:rsidRPr="00167F07" w:rsidRDefault="00C92780" w:rsidP="00263D34">
      <w:pPr>
        <w:spacing w:after="60"/>
        <w:ind w:firstLineChars="300" w:firstLine="630"/>
      </w:pPr>
      <w:r w:rsidRPr="00167F07">
        <w:t>○</w:t>
      </w:r>
      <w:proofErr w:type="spellStart"/>
      <w:r w:rsidRPr="00167F07">
        <w:t>公共建築改修工事標準仕様書（建築工事編</w:t>
      </w:r>
      <w:proofErr w:type="spellEnd"/>
      <w:r w:rsidRPr="00167F07">
        <w:t>）（</w:t>
      </w:r>
      <w:proofErr w:type="spellStart"/>
      <w:r w:rsidRPr="00167F07">
        <w:t>国土交通省大臣官房官庁営繕部</w:t>
      </w:r>
      <w:proofErr w:type="spellEnd"/>
      <w:r w:rsidRPr="00167F07">
        <w:t>）</w:t>
      </w:r>
    </w:p>
    <w:p w14:paraId="1A9D470E" w14:textId="77777777" w:rsidR="000F5D6F" w:rsidRPr="00167F07" w:rsidRDefault="00C92780" w:rsidP="00263D34">
      <w:pPr>
        <w:spacing w:after="60"/>
        <w:ind w:firstLineChars="300" w:firstLine="630"/>
      </w:pPr>
      <w:r w:rsidRPr="00167F07">
        <w:t>○</w:t>
      </w:r>
      <w:proofErr w:type="spellStart"/>
      <w:r w:rsidRPr="00167F07">
        <w:t>公共建築改修工事標準仕様書（電気設備工事編</w:t>
      </w:r>
      <w:proofErr w:type="spellEnd"/>
      <w:r w:rsidRPr="00167F07">
        <w:t>）（</w:t>
      </w:r>
      <w:proofErr w:type="spellStart"/>
      <w:r w:rsidRPr="00167F07">
        <w:t>国土交通省大臣官房官庁営繕部</w:t>
      </w:r>
      <w:proofErr w:type="spellEnd"/>
      <w:r w:rsidRPr="00167F07">
        <w:t>）</w:t>
      </w:r>
    </w:p>
    <w:p w14:paraId="1EBB9216" w14:textId="77777777" w:rsidR="000F5D6F" w:rsidRPr="00167F07" w:rsidRDefault="00C92780" w:rsidP="00263D34">
      <w:pPr>
        <w:spacing w:after="60"/>
        <w:ind w:firstLineChars="300" w:firstLine="630"/>
      </w:pPr>
      <w:r w:rsidRPr="00167F07">
        <w:t>○</w:t>
      </w:r>
      <w:proofErr w:type="spellStart"/>
      <w:r w:rsidRPr="00167F07">
        <w:t>公共建築改修工事標準仕様書（機械設備工事編</w:t>
      </w:r>
      <w:proofErr w:type="spellEnd"/>
      <w:r w:rsidRPr="00167F07">
        <w:t>）（</w:t>
      </w:r>
      <w:proofErr w:type="spellStart"/>
      <w:r w:rsidRPr="00167F07">
        <w:t>国土交通省大臣官房官庁営繕部</w:t>
      </w:r>
      <w:proofErr w:type="spellEnd"/>
      <w:r w:rsidRPr="00167F07">
        <w:t>）</w:t>
      </w:r>
    </w:p>
    <w:p w14:paraId="1CE00E74" w14:textId="77777777" w:rsidR="000F5D6F" w:rsidRPr="00167F07" w:rsidRDefault="00C92780" w:rsidP="00263D34">
      <w:pPr>
        <w:spacing w:after="60"/>
        <w:ind w:firstLineChars="200" w:firstLine="420"/>
        <w:rPr>
          <w:lang w:eastAsia="ja-JP"/>
        </w:rPr>
      </w:pPr>
      <w:r w:rsidRPr="00167F07">
        <w:rPr>
          <w:lang w:eastAsia="ja-JP"/>
        </w:rPr>
        <w:t>ウ 図書</w:t>
      </w:r>
    </w:p>
    <w:p w14:paraId="5A9739AA" w14:textId="77777777" w:rsidR="000F5D6F" w:rsidRPr="00167F07" w:rsidRDefault="00C92780" w:rsidP="00263D34">
      <w:pPr>
        <w:spacing w:after="60"/>
        <w:ind w:firstLineChars="300" w:firstLine="630"/>
        <w:rPr>
          <w:lang w:eastAsia="ja-JP"/>
        </w:rPr>
      </w:pPr>
      <w:r w:rsidRPr="00167F07">
        <w:rPr>
          <w:lang w:eastAsia="ja-JP"/>
        </w:rPr>
        <w:t>○建築構造設計指針・同解説（静岡県）</w:t>
      </w:r>
    </w:p>
    <w:p w14:paraId="772E0063" w14:textId="2DC3069A" w:rsidR="000F5D6F" w:rsidRPr="00167F07" w:rsidRDefault="00C92780" w:rsidP="00263D34">
      <w:pPr>
        <w:spacing w:after="60"/>
        <w:ind w:firstLineChars="300" w:firstLine="630"/>
        <w:rPr>
          <w:lang w:eastAsia="ja-JP"/>
        </w:rPr>
      </w:pPr>
      <w:r w:rsidRPr="00167F07">
        <w:rPr>
          <w:lang w:eastAsia="ja-JP"/>
        </w:rPr>
        <w:t>○建築設備耐震設計・施工指針（日本建築センター）</w:t>
      </w:r>
    </w:p>
    <w:p w14:paraId="421D3190" w14:textId="77777777" w:rsidR="00560CDC" w:rsidRPr="00167F07" w:rsidRDefault="00560CDC">
      <w:pPr>
        <w:spacing w:after="60"/>
        <w:rPr>
          <w:bCs/>
          <w:lang w:eastAsia="ja-JP"/>
        </w:rPr>
      </w:pPr>
    </w:p>
    <w:p w14:paraId="19C184AB" w14:textId="77777777" w:rsidR="00560CDC" w:rsidRPr="00167F07" w:rsidRDefault="00560CDC">
      <w:pPr>
        <w:spacing w:after="60"/>
        <w:rPr>
          <w:bCs/>
          <w:lang w:eastAsia="ja-JP"/>
        </w:rPr>
      </w:pPr>
    </w:p>
    <w:p w14:paraId="3D1F7ABC" w14:textId="604B4B1C" w:rsidR="00560CDC" w:rsidRPr="00167F07" w:rsidRDefault="00560CDC">
      <w:pPr>
        <w:spacing w:after="60"/>
        <w:rPr>
          <w:bCs/>
          <w:lang w:eastAsia="ja-JP"/>
        </w:rPr>
      </w:pPr>
    </w:p>
    <w:p w14:paraId="438D6696" w14:textId="190FD36A" w:rsidR="006070BE" w:rsidRPr="00167F07" w:rsidRDefault="006070BE">
      <w:pPr>
        <w:spacing w:after="60"/>
        <w:rPr>
          <w:bCs/>
          <w:lang w:eastAsia="ja-JP"/>
        </w:rPr>
      </w:pPr>
    </w:p>
    <w:p w14:paraId="0F2E4275" w14:textId="77777777" w:rsidR="00B46B5B" w:rsidRPr="00167F07" w:rsidRDefault="00B46B5B">
      <w:pPr>
        <w:spacing w:after="60"/>
        <w:rPr>
          <w:bCs/>
          <w:lang w:eastAsia="ja-JP"/>
        </w:rPr>
      </w:pPr>
    </w:p>
    <w:p w14:paraId="5135C1EB" w14:textId="77777777" w:rsidR="00560CDC" w:rsidRPr="00167F07" w:rsidRDefault="00560CDC">
      <w:pPr>
        <w:spacing w:after="60"/>
        <w:rPr>
          <w:bCs/>
          <w:lang w:eastAsia="ja-JP"/>
        </w:rPr>
      </w:pPr>
    </w:p>
    <w:p w14:paraId="3AD1D3C5" w14:textId="7BB45BE1" w:rsidR="000F5D6F" w:rsidRPr="00167F07" w:rsidRDefault="00C92780">
      <w:pPr>
        <w:spacing w:after="60"/>
        <w:rPr>
          <w:bCs/>
          <w:lang w:eastAsia="ja-JP"/>
        </w:rPr>
      </w:pPr>
      <w:r w:rsidRPr="00167F07">
        <w:rPr>
          <w:bCs/>
          <w:lang w:eastAsia="ja-JP"/>
        </w:rPr>
        <w:lastRenderedPageBreak/>
        <w:t>(３) 成果物、提出部数等</w:t>
      </w:r>
    </w:p>
    <w:p w14:paraId="1EB60582" w14:textId="77777777" w:rsidR="000F5D6F" w:rsidRPr="00167F07" w:rsidRDefault="00C92780" w:rsidP="00263D34">
      <w:pPr>
        <w:spacing w:after="60"/>
        <w:ind w:firstLineChars="200" w:firstLine="420"/>
        <w:rPr>
          <w:lang w:eastAsia="ja-JP"/>
        </w:rPr>
      </w:pPr>
      <w:r w:rsidRPr="00167F07">
        <w:rPr>
          <w:lang w:eastAsia="ja-JP"/>
        </w:rPr>
        <w:t>ア 実施設計</w:t>
      </w:r>
    </w:p>
    <w:p w14:paraId="430EB583" w14:textId="50F8F1D3" w:rsidR="00823155" w:rsidRPr="00167F07" w:rsidRDefault="00C92780" w:rsidP="00823155">
      <w:pPr>
        <w:pStyle w:val="ae"/>
        <w:numPr>
          <w:ilvl w:val="0"/>
          <w:numId w:val="14"/>
        </w:numPr>
        <w:spacing w:after="60"/>
        <w:rPr>
          <w:lang w:eastAsia="ja-JP"/>
        </w:rPr>
      </w:pPr>
      <w:r w:rsidRPr="00167F07">
        <w:rPr>
          <w:lang w:eastAsia="ja-JP"/>
        </w:rPr>
        <w:t>成果物</w:t>
      </w:r>
    </w:p>
    <w:tbl>
      <w:tblPr>
        <w:tblStyle w:val="afe"/>
        <w:tblW w:w="0" w:type="auto"/>
        <w:tblInd w:w="959" w:type="dxa"/>
        <w:tblLook w:val="04A0" w:firstRow="1" w:lastRow="0" w:firstColumn="1" w:lastColumn="0" w:noHBand="0" w:noVBand="1"/>
      </w:tblPr>
      <w:tblGrid>
        <w:gridCol w:w="1559"/>
        <w:gridCol w:w="6804"/>
      </w:tblGrid>
      <w:tr w:rsidR="00167F07" w:rsidRPr="00167F07" w14:paraId="75489FA5" w14:textId="77777777" w:rsidTr="00263D34">
        <w:tc>
          <w:tcPr>
            <w:tcW w:w="1559" w:type="dxa"/>
          </w:tcPr>
          <w:p w14:paraId="0E9C066F" w14:textId="36D115DC" w:rsidR="00823155" w:rsidRPr="00167F07" w:rsidRDefault="00823155" w:rsidP="00823155">
            <w:pPr>
              <w:spacing w:after="60"/>
              <w:rPr>
                <w:lang w:eastAsia="ja-JP"/>
              </w:rPr>
            </w:pPr>
            <w:r w:rsidRPr="00167F07">
              <w:rPr>
                <w:rFonts w:hint="eastAsia"/>
                <w:lang w:eastAsia="ja-JP"/>
              </w:rPr>
              <w:t>建築</w:t>
            </w:r>
          </w:p>
        </w:tc>
        <w:tc>
          <w:tcPr>
            <w:tcW w:w="6804" w:type="dxa"/>
          </w:tcPr>
          <w:p w14:paraId="00D63F73" w14:textId="2FE40DD3" w:rsidR="00823155" w:rsidRPr="00167F07" w:rsidRDefault="00823155" w:rsidP="00823155">
            <w:pPr>
              <w:spacing w:after="60"/>
              <w:rPr>
                <w:lang w:eastAsia="ja-JP"/>
              </w:rPr>
            </w:pPr>
            <w:r w:rsidRPr="00167F07">
              <w:rPr>
                <w:rFonts w:hint="eastAsia"/>
                <w:lang w:eastAsia="ja-JP"/>
              </w:rPr>
              <w:t>〇建築物概要書</w:t>
            </w:r>
            <w:r w:rsidR="0017184C" w:rsidRPr="00167F07">
              <w:rPr>
                <w:rFonts w:hint="eastAsia"/>
                <w:lang w:eastAsia="ja-JP"/>
              </w:rPr>
              <w:t xml:space="preserve">　　　　　　　　　　〇工事特記仕様書</w:t>
            </w:r>
          </w:p>
          <w:p w14:paraId="2663FAE6" w14:textId="1CFE628D" w:rsidR="00823155" w:rsidRPr="00167F07" w:rsidRDefault="00823155" w:rsidP="00823155">
            <w:pPr>
              <w:spacing w:after="60"/>
              <w:rPr>
                <w:lang w:eastAsia="ja-JP"/>
              </w:rPr>
            </w:pPr>
            <w:r w:rsidRPr="00167F07">
              <w:rPr>
                <w:rFonts w:hint="eastAsia"/>
                <w:lang w:eastAsia="ja-JP"/>
              </w:rPr>
              <w:t>〇施工条件特記仕様書</w:t>
            </w:r>
            <w:r w:rsidR="0017184C" w:rsidRPr="00167F07">
              <w:rPr>
                <w:rFonts w:hint="eastAsia"/>
                <w:lang w:eastAsia="ja-JP"/>
              </w:rPr>
              <w:t xml:space="preserve">　　　　　　　〇仕上表</w:t>
            </w:r>
          </w:p>
          <w:p w14:paraId="2D742B28" w14:textId="6E6FF426" w:rsidR="00823155" w:rsidRPr="00167F07" w:rsidRDefault="00823155" w:rsidP="00823155">
            <w:pPr>
              <w:spacing w:after="60"/>
              <w:rPr>
                <w:lang w:eastAsia="ja-JP"/>
              </w:rPr>
            </w:pPr>
            <w:r w:rsidRPr="00167F07">
              <w:rPr>
                <w:rFonts w:hint="eastAsia"/>
                <w:lang w:eastAsia="ja-JP"/>
              </w:rPr>
              <w:t>〇敷地案内図</w:t>
            </w:r>
            <w:r w:rsidR="0017184C" w:rsidRPr="00167F07">
              <w:rPr>
                <w:rFonts w:hint="eastAsia"/>
                <w:lang w:eastAsia="ja-JP"/>
              </w:rPr>
              <w:t xml:space="preserve">　　　　　　　　　　　〇配置図</w:t>
            </w:r>
          </w:p>
          <w:p w14:paraId="7847635B" w14:textId="3C6DE7E6" w:rsidR="00B1020F" w:rsidRPr="00167F07" w:rsidRDefault="00823155" w:rsidP="00823155">
            <w:pPr>
              <w:spacing w:after="60"/>
              <w:rPr>
                <w:lang w:eastAsia="ja-JP"/>
              </w:rPr>
            </w:pPr>
            <w:r w:rsidRPr="00167F07">
              <w:rPr>
                <w:rFonts w:hint="eastAsia"/>
                <w:lang w:eastAsia="ja-JP"/>
              </w:rPr>
              <w:t>〇平面図（</w:t>
            </w:r>
            <w:r w:rsidRPr="00167F07">
              <w:rPr>
                <w:rFonts w:hint="eastAsia"/>
                <w:dstrike/>
                <w:lang w:eastAsia="ja-JP"/>
              </w:rPr>
              <w:t>各階</w:t>
            </w:r>
            <w:r w:rsidRPr="00167F07">
              <w:rPr>
                <w:rFonts w:hint="eastAsia"/>
                <w:lang w:eastAsia="ja-JP"/>
              </w:rPr>
              <w:t>・対象部分）</w:t>
            </w:r>
            <w:r w:rsidR="00B1020F" w:rsidRPr="00167F07">
              <w:rPr>
                <w:rFonts w:hint="eastAsia"/>
                <w:lang w:eastAsia="ja-JP"/>
              </w:rPr>
              <w:t xml:space="preserve">　　　　〇立面図</w:t>
            </w:r>
          </w:p>
          <w:p w14:paraId="76F84B09" w14:textId="7DA70AC1" w:rsidR="0017184C" w:rsidRPr="00167F07" w:rsidRDefault="0017184C" w:rsidP="00823155">
            <w:pPr>
              <w:spacing w:after="60"/>
              <w:rPr>
                <w:lang w:eastAsia="ja-JP"/>
              </w:rPr>
            </w:pPr>
            <w:r w:rsidRPr="00167F07">
              <w:rPr>
                <w:rFonts w:hint="eastAsia"/>
                <w:lang w:eastAsia="ja-JP"/>
              </w:rPr>
              <w:t>〇断面図（対象部分）</w:t>
            </w:r>
            <w:r w:rsidR="00B1020F" w:rsidRPr="00167F07">
              <w:rPr>
                <w:rFonts w:hint="eastAsia"/>
                <w:lang w:eastAsia="ja-JP"/>
              </w:rPr>
              <w:t xml:space="preserve">　　　　　　　</w:t>
            </w:r>
            <w:r w:rsidRPr="00167F07">
              <w:rPr>
                <w:rFonts w:hint="eastAsia"/>
                <w:lang w:eastAsia="ja-JP"/>
              </w:rPr>
              <w:t>〇天井伏図（</w:t>
            </w:r>
            <w:r w:rsidRPr="00167F07">
              <w:rPr>
                <w:rFonts w:hint="eastAsia"/>
                <w:dstrike/>
                <w:lang w:eastAsia="ja-JP"/>
              </w:rPr>
              <w:t>各階</w:t>
            </w:r>
            <w:r w:rsidRPr="00167F07">
              <w:rPr>
                <w:rFonts w:hint="eastAsia"/>
                <w:lang w:eastAsia="ja-JP"/>
              </w:rPr>
              <w:t>・対象部分）　　　　　〇</w:t>
            </w:r>
            <w:r w:rsidR="00B1020F" w:rsidRPr="00167F07">
              <w:rPr>
                <w:rFonts w:hint="eastAsia"/>
                <w:lang w:eastAsia="ja-JP"/>
              </w:rPr>
              <w:t>各部</w:t>
            </w:r>
            <w:r w:rsidRPr="00167F07">
              <w:rPr>
                <w:rFonts w:hint="eastAsia"/>
                <w:lang w:eastAsia="ja-JP"/>
              </w:rPr>
              <w:t>詳細図</w:t>
            </w:r>
            <w:r w:rsidR="00B1020F" w:rsidRPr="00167F07">
              <w:rPr>
                <w:rFonts w:hint="eastAsia"/>
                <w:lang w:eastAsia="ja-JP"/>
              </w:rPr>
              <w:t>（対象部分）</w:t>
            </w:r>
            <w:r w:rsidR="008118EF" w:rsidRPr="00167F07">
              <w:rPr>
                <w:rFonts w:hint="eastAsia"/>
                <w:lang w:eastAsia="ja-JP"/>
              </w:rPr>
              <w:t xml:space="preserve">　</w:t>
            </w:r>
            <w:r w:rsidR="00B1020F" w:rsidRPr="00167F07">
              <w:rPr>
                <w:rFonts w:hint="eastAsia"/>
                <w:lang w:eastAsia="ja-JP"/>
              </w:rPr>
              <w:t xml:space="preserve">　　　　</w:t>
            </w:r>
            <w:r w:rsidRPr="00167F07">
              <w:rPr>
                <w:rFonts w:hint="eastAsia"/>
                <w:lang w:eastAsia="ja-JP"/>
              </w:rPr>
              <w:t xml:space="preserve">〇総合仮設計画図　　　　　　　　　　　</w:t>
            </w:r>
          </w:p>
          <w:p w14:paraId="12AF9736" w14:textId="785DDB47" w:rsidR="0017184C" w:rsidRPr="00167F07" w:rsidRDefault="0017184C" w:rsidP="00823155">
            <w:pPr>
              <w:spacing w:after="60"/>
              <w:rPr>
                <w:lang w:eastAsia="ja-JP"/>
              </w:rPr>
            </w:pPr>
            <w:r w:rsidRPr="00167F07">
              <w:rPr>
                <w:rFonts w:hint="eastAsia"/>
                <w:lang w:eastAsia="ja-JP"/>
              </w:rPr>
              <w:t>〇その他監督員</w:t>
            </w:r>
            <w:r w:rsidR="00BC7542" w:rsidRPr="00167F07">
              <w:rPr>
                <w:rFonts w:hint="eastAsia"/>
                <w:lang w:eastAsia="ja-JP"/>
              </w:rPr>
              <w:t>の指示するもの</w:t>
            </w:r>
          </w:p>
        </w:tc>
      </w:tr>
      <w:tr w:rsidR="00167F07" w:rsidRPr="00167F07" w14:paraId="4C8048B5" w14:textId="77777777" w:rsidTr="00263D34">
        <w:tc>
          <w:tcPr>
            <w:tcW w:w="1559" w:type="dxa"/>
          </w:tcPr>
          <w:p w14:paraId="7E218382" w14:textId="01D547AD" w:rsidR="00823155" w:rsidRPr="00167F07" w:rsidRDefault="0017184C" w:rsidP="00823155">
            <w:pPr>
              <w:spacing w:after="60"/>
              <w:rPr>
                <w:lang w:eastAsia="ja-JP"/>
              </w:rPr>
            </w:pPr>
            <w:r w:rsidRPr="00167F07">
              <w:rPr>
                <w:rFonts w:hint="eastAsia"/>
                <w:lang w:eastAsia="ja-JP"/>
              </w:rPr>
              <w:t>電気設備</w:t>
            </w:r>
          </w:p>
        </w:tc>
        <w:tc>
          <w:tcPr>
            <w:tcW w:w="6804" w:type="dxa"/>
          </w:tcPr>
          <w:p w14:paraId="4BC0F690" w14:textId="77777777" w:rsidR="00202CE3" w:rsidRPr="00167F07" w:rsidRDefault="00202CE3" w:rsidP="00823155">
            <w:pPr>
              <w:spacing w:after="60"/>
              <w:rPr>
                <w:lang w:eastAsia="ja-JP"/>
              </w:rPr>
            </w:pPr>
            <w:r w:rsidRPr="00167F07">
              <w:rPr>
                <w:rFonts w:hint="eastAsia"/>
                <w:lang w:eastAsia="ja-JP"/>
              </w:rPr>
              <w:t>〇工事特記仕様書　　　　〇施工条件特記仕様書</w:t>
            </w:r>
          </w:p>
          <w:p w14:paraId="279F72B0" w14:textId="77777777" w:rsidR="00202CE3" w:rsidRPr="00167F07" w:rsidRDefault="00202CE3" w:rsidP="00823155">
            <w:pPr>
              <w:spacing w:after="60"/>
              <w:rPr>
                <w:lang w:eastAsia="ja-JP"/>
              </w:rPr>
            </w:pPr>
            <w:r w:rsidRPr="00167F07">
              <w:rPr>
                <w:rFonts w:hint="eastAsia"/>
                <w:lang w:eastAsia="ja-JP"/>
              </w:rPr>
              <w:t>〇配置図　　　　　　　　〇動力設備図（対象部分）</w:t>
            </w:r>
          </w:p>
          <w:p w14:paraId="66BF1B1E" w14:textId="37806AD7" w:rsidR="00823155" w:rsidRPr="00167F07" w:rsidRDefault="0017184C" w:rsidP="00823155">
            <w:pPr>
              <w:spacing w:after="60"/>
              <w:rPr>
                <w:lang w:eastAsia="ja-JP"/>
              </w:rPr>
            </w:pPr>
            <w:r w:rsidRPr="00167F07">
              <w:rPr>
                <w:rFonts w:hint="eastAsia"/>
                <w:lang w:eastAsia="ja-JP"/>
              </w:rPr>
              <w:t>〇</w:t>
            </w:r>
            <w:r w:rsidR="00202CE3" w:rsidRPr="00167F07">
              <w:rPr>
                <w:rFonts w:hint="eastAsia"/>
                <w:lang w:eastAsia="ja-JP"/>
              </w:rPr>
              <w:t>その他</w:t>
            </w:r>
            <w:r w:rsidRPr="00167F07">
              <w:rPr>
                <w:rFonts w:hint="eastAsia"/>
                <w:lang w:eastAsia="ja-JP"/>
              </w:rPr>
              <w:t>監督員の指示するもの</w:t>
            </w:r>
          </w:p>
        </w:tc>
      </w:tr>
      <w:tr w:rsidR="00167F07" w:rsidRPr="00167F07" w14:paraId="3BAA8396" w14:textId="77777777" w:rsidTr="00263D34">
        <w:tc>
          <w:tcPr>
            <w:tcW w:w="1559" w:type="dxa"/>
          </w:tcPr>
          <w:p w14:paraId="7072166D" w14:textId="4174CD00" w:rsidR="00823155" w:rsidRPr="00167F07" w:rsidRDefault="0017184C" w:rsidP="00823155">
            <w:pPr>
              <w:spacing w:after="60"/>
              <w:rPr>
                <w:lang w:eastAsia="ja-JP"/>
              </w:rPr>
            </w:pPr>
            <w:r w:rsidRPr="00167F07">
              <w:rPr>
                <w:rFonts w:hint="eastAsia"/>
                <w:lang w:eastAsia="ja-JP"/>
              </w:rPr>
              <w:t>機械設備</w:t>
            </w:r>
          </w:p>
        </w:tc>
        <w:tc>
          <w:tcPr>
            <w:tcW w:w="6804" w:type="dxa"/>
          </w:tcPr>
          <w:p w14:paraId="4E7939EA" w14:textId="77777777" w:rsidR="00202CE3" w:rsidRPr="00167F07" w:rsidRDefault="00202CE3" w:rsidP="00823155">
            <w:pPr>
              <w:spacing w:after="60"/>
              <w:rPr>
                <w:lang w:eastAsia="ja-JP"/>
              </w:rPr>
            </w:pPr>
            <w:r w:rsidRPr="00167F07">
              <w:rPr>
                <w:rFonts w:hint="eastAsia"/>
                <w:lang w:eastAsia="ja-JP"/>
              </w:rPr>
              <w:t>〇工事特記仕様書　　　　〇施工条件特記仕様書</w:t>
            </w:r>
          </w:p>
          <w:p w14:paraId="7CA358D8" w14:textId="77777777" w:rsidR="00202CE3" w:rsidRPr="00167F07" w:rsidRDefault="00202CE3" w:rsidP="00823155">
            <w:pPr>
              <w:spacing w:after="60"/>
              <w:rPr>
                <w:lang w:eastAsia="ja-JP"/>
              </w:rPr>
            </w:pPr>
            <w:r w:rsidRPr="00167F07">
              <w:rPr>
                <w:rFonts w:hint="eastAsia"/>
                <w:lang w:eastAsia="ja-JP"/>
              </w:rPr>
              <w:t>〇配置図　　　　　　　　〇機器表</w:t>
            </w:r>
          </w:p>
          <w:p w14:paraId="13A4532F" w14:textId="30DE20A8" w:rsidR="00B87344" w:rsidRPr="00167F07" w:rsidRDefault="00202CE3" w:rsidP="00202CE3">
            <w:pPr>
              <w:spacing w:after="60"/>
              <w:rPr>
                <w:lang w:eastAsia="ja-JP"/>
              </w:rPr>
            </w:pPr>
            <w:r w:rsidRPr="00167F07">
              <w:rPr>
                <w:rFonts w:hint="eastAsia"/>
                <w:lang w:eastAsia="ja-JP"/>
              </w:rPr>
              <w:t xml:space="preserve">〇空気調和設備図　　　　</w:t>
            </w:r>
            <w:r w:rsidR="00B87344" w:rsidRPr="00167F07">
              <w:rPr>
                <w:rFonts w:hint="eastAsia"/>
                <w:lang w:eastAsia="ja-JP"/>
              </w:rPr>
              <w:t>〇空調負荷計算書</w:t>
            </w:r>
          </w:p>
          <w:p w14:paraId="63D34929" w14:textId="038C712C" w:rsidR="00E91789" w:rsidRPr="00167F07" w:rsidRDefault="0017184C" w:rsidP="00202CE3">
            <w:pPr>
              <w:spacing w:after="60"/>
              <w:rPr>
                <w:lang w:eastAsia="ja-JP"/>
              </w:rPr>
            </w:pPr>
            <w:r w:rsidRPr="00167F07">
              <w:rPr>
                <w:rFonts w:hint="eastAsia"/>
                <w:lang w:eastAsia="ja-JP"/>
              </w:rPr>
              <w:t>〇</w:t>
            </w:r>
            <w:r w:rsidR="00202CE3" w:rsidRPr="00167F07">
              <w:rPr>
                <w:rFonts w:hint="eastAsia"/>
                <w:lang w:eastAsia="ja-JP"/>
              </w:rPr>
              <w:t>その他</w:t>
            </w:r>
            <w:r w:rsidRPr="00167F07">
              <w:rPr>
                <w:rFonts w:hint="eastAsia"/>
                <w:lang w:eastAsia="ja-JP"/>
              </w:rPr>
              <w:t>監督員の指示するもの</w:t>
            </w:r>
          </w:p>
        </w:tc>
      </w:tr>
      <w:tr w:rsidR="00167F07" w:rsidRPr="00167F07" w14:paraId="14C80DDF" w14:textId="77777777" w:rsidTr="00263D34">
        <w:tc>
          <w:tcPr>
            <w:tcW w:w="1559" w:type="dxa"/>
          </w:tcPr>
          <w:p w14:paraId="1786D53B" w14:textId="27A7350A" w:rsidR="00823155" w:rsidRPr="00167F07" w:rsidRDefault="0017184C" w:rsidP="00823155">
            <w:pPr>
              <w:spacing w:after="60"/>
              <w:rPr>
                <w:lang w:eastAsia="ja-JP"/>
              </w:rPr>
            </w:pPr>
            <w:r w:rsidRPr="00167F07">
              <w:rPr>
                <w:rFonts w:hint="eastAsia"/>
                <w:lang w:eastAsia="ja-JP"/>
              </w:rPr>
              <w:t>積算</w:t>
            </w:r>
          </w:p>
        </w:tc>
        <w:tc>
          <w:tcPr>
            <w:tcW w:w="6804" w:type="dxa"/>
          </w:tcPr>
          <w:p w14:paraId="51BF4A25" w14:textId="532B3E6C" w:rsidR="0017184C" w:rsidRPr="00167F07" w:rsidRDefault="0017184C" w:rsidP="0017184C">
            <w:pPr>
              <w:spacing w:after="60"/>
              <w:rPr>
                <w:lang w:eastAsia="ja-JP"/>
              </w:rPr>
            </w:pPr>
            <w:r w:rsidRPr="00167F07">
              <w:rPr>
                <w:rFonts w:hint="eastAsia"/>
                <w:lang w:eastAsia="ja-JP"/>
              </w:rPr>
              <w:t>〇</w:t>
            </w:r>
            <w:r w:rsidR="00202CE3" w:rsidRPr="00167F07">
              <w:rPr>
                <w:rFonts w:hint="eastAsia"/>
                <w:lang w:eastAsia="ja-JP"/>
              </w:rPr>
              <w:t>工事費内訳書</w:t>
            </w:r>
            <w:r w:rsidRPr="00167F07">
              <w:rPr>
                <w:rFonts w:hint="eastAsia"/>
                <w:lang w:eastAsia="ja-JP"/>
              </w:rPr>
              <w:t xml:space="preserve">　　　　　〇</w:t>
            </w:r>
            <w:r w:rsidR="00202CE3" w:rsidRPr="00167F07">
              <w:rPr>
                <w:rFonts w:hint="eastAsia"/>
                <w:lang w:eastAsia="ja-JP"/>
              </w:rPr>
              <w:t>積算数量算出書（計算書及び補助図）</w:t>
            </w:r>
          </w:p>
          <w:p w14:paraId="3E3A4324" w14:textId="2E0FAEBD" w:rsidR="0017184C" w:rsidRPr="00167F07" w:rsidRDefault="0017184C" w:rsidP="0017184C">
            <w:pPr>
              <w:spacing w:after="60"/>
              <w:rPr>
                <w:lang w:eastAsia="ja-JP"/>
              </w:rPr>
            </w:pPr>
            <w:r w:rsidRPr="00167F07">
              <w:rPr>
                <w:rFonts w:hint="eastAsia"/>
                <w:lang w:eastAsia="ja-JP"/>
              </w:rPr>
              <w:t>〇</w:t>
            </w:r>
            <w:r w:rsidR="00A566D6" w:rsidRPr="00167F07">
              <w:rPr>
                <w:rFonts w:hint="eastAsia"/>
                <w:lang w:eastAsia="ja-JP"/>
              </w:rPr>
              <w:t>見積書</w:t>
            </w:r>
            <w:r w:rsidRPr="00167F07">
              <w:rPr>
                <w:rFonts w:hint="eastAsia"/>
                <w:lang w:eastAsia="ja-JP"/>
              </w:rPr>
              <w:t xml:space="preserve">　　　　　　　　〇</w:t>
            </w:r>
            <w:r w:rsidR="00A566D6" w:rsidRPr="00167F07">
              <w:rPr>
                <w:rFonts w:hint="eastAsia"/>
                <w:lang w:eastAsia="ja-JP"/>
              </w:rPr>
              <w:t>見積検討資料（採用単価一覧、比較表）</w:t>
            </w:r>
          </w:p>
          <w:p w14:paraId="2AAEF3B4" w14:textId="51DD08D6" w:rsidR="00823155" w:rsidRPr="00167F07" w:rsidRDefault="0017184C" w:rsidP="0017184C">
            <w:pPr>
              <w:spacing w:after="60"/>
              <w:rPr>
                <w:lang w:eastAsia="ja-JP"/>
              </w:rPr>
            </w:pPr>
            <w:r w:rsidRPr="00167F07">
              <w:rPr>
                <w:rFonts w:hint="eastAsia"/>
                <w:lang w:eastAsia="ja-JP"/>
              </w:rPr>
              <w:t>〇その他監督員</w:t>
            </w:r>
            <w:r w:rsidR="00BC7542" w:rsidRPr="00167F07">
              <w:rPr>
                <w:rFonts w:hint="eastAsia"/>
                <w:lang w:eastAsia="ja-JP"/>
              </w:rPr>
              <w:t>の</w:t>
            </w:r>
            <w:r w:rsidRPr="00167F07">
              <w:rPr>
                <w:rFonts w:hint="eastAsia"/>
                <w:lang w:eastAsia="ja-JP"/>
              </w:rPr>
              <w:t>指示するもの</w:t>
            </w:r>
          </w:p>
        </w:tc>
      </w:tr>
      <w:tr w:rsidR="00167F07" w:rsidRPr="00167F07" w14:paraId="5505254C" w14:textId="77777777" w:rsidTr="00263D34">
        <w:tc>
          <w:tcPr>
            <w:tcW w:w="1559" w:type="dxa"/>
          </w:tcPr>
          <w:p w14:paraId="59C8D071" w14:textId="32F65406" w:rsidR="00823155" w:rsidRPr="00167F07" w:rsidRDefault="0017184C" w:rsidP="00823155">
            <w:pPr>
              <w:spacing w:after="60"/>
              <w:rPr>
                <w:lang w:eastAsia="ja-JP"/>
              </w:rPr>
            </w:pPr>
            <w:r w:rsidRPr="00167F07">
              <w:rPr>
                <w:rFonts w:hint="eastAsia"/>
                <w:lang w:eastAsia="ja-JP"/>
              </w:rPr>
              <w:t>資料</w:t>
            </w:r>
          </w:p>
        </w:tc>
        <w:tc>
          <w:tcPr>
            <w:tcW w:w="6804" w:type="dxa"/>
          </w:tcPr>
          <w:p w14:paraId="3B145ABB" w14:textId="4038105C" w:rsidR="0017184C" w:rsidRPr="00167F07" w:rsidRDefault="0017184C" w:rsidP="00823155">
            <w:pPr>
              <w:spacing w:after="60"/>
              <w:rPr>
                <w:lang w:eastAsia="ja-JP"/>
              </w:rPr>
            </w:pPr>
            <w:r w:rsidRPr="00167F07">
              <w:rPr>
                <w:rFonts w:hint="eastAsia"/>
                <w:lang w:eastAsia="ja-JP"/>
              </w:rPr>
              <w:t>〇設計概要書</w:t>
            </w:r>
            <w:r w:rsidR="0024488A" w:rsidRPr="00167F07">
              <w:rPr>
                <w:rFonts w:hint="eastAsia"/>
                <w:lang w:eastAsia="ja-JP"/>
              </w:rPr>
              <w:t xml:space="preserve">　　　　　　</w:t>
            </w:r>
            <w:r w:rsidRPr="00167F07">
              <w:rPr>
                <w:rFonts w:hint="eastAsia"/>
                <w:lang w:eastAsia="ja-JP"/>
              </w:rPr>
              <w:t>〇概略工事工程表</w:t>
            </w:r>
          </w:p>
          <w:p w14:paraId="63B7509A" w14:textId="0A9BFD90" w:rsidR="00235930" w:rsidRPr="00167F07" w:rsidRDefault="0017184C" w:rsidP="00823155">
            <w:pPr>
              <w:spacing w:after="60"/>
              <w:rPr>
                <w:lang w:eastAsia="ja-JP"/>
              </w:rPr>
            </w:pPr>
            <w:r w:rsidRPr="00167F07">
              <w:rPr>
                <w:rFonts w:hint="eastAsia"/>
                <w:lang w:eastAsia="ja-JP"/>
              </w:rPr>
              <w:t>〇打合せ記録簿</w:t>
            </w:r>
            <w:r w:rsidR="0024488A" w:rsidRPr="00167F07">
              <w:rPr>
                <w:rFonts w:hint="eastAsia"/>
                <w:lang w:eastAsia="ja-JP"/>
              </w:rPr>
              <w:t xml:space="preserve">　　　　　</w:t>
            </w:r>
            <w:r w:rsidR="00235930" w:rsidRPr="00167F07">
              <w:rPr>
                <w:rFonts w:hint="eastAsia"/>
                <w:lang w:eastAsia="ja-JP"/>
              </w:rPr>
              <w:t>〇熱源比較検討資料</w:t>
            </w:r>
          </w:p>
          <w:p w14:paraId="07F1743E" w14:textId="5D6AC292" w:rsidR="0017184C" w:rsidRPr="00167F07" w:rsidRDefault="0017184C" w:rsidP="00823155">
            <w:pPr>
              <w:spacing w:after="60"/>
              <w:rPr>
                <w:lang w:eastAsia="ja-JP"/>
              </w:rPr>
            </w:pPr>
            <w:r w:rsidRPr="00167F07">
              <w:rPr>
                <w:rFonts w:hint="eastAsia"/>
                <w:lang w:eastAsia="ja-JP"/>
              </w:rPr>
              <w:t>〇その他監督員の指示するもの</w:t>
            </w:r>
          </w:p>
        </w:tc>
      </w:tr>
    </w:tbl>
    <w:p w14:paraId="70556B2C" w14:textId="47D8AFB4" w:rsidR="0017184C" w:rsidRPr="00167F07" w:rsidRDefault="00C92780" w:rsidP="0017184C">
      <w:pPr>
        <w:pStyle w:val="ae"/>
        <w:numPr>
          <w:ilvl w:val="0"/>
          <w:numId w:val="14"/>
        </w:numPr>
        <w:spacing w:after="60"/>
        <w:rPr>
          <w:lang w:eastAsia="ja-JP"/>
        </w:rPr>
      </w:pPr>
      <w:r w:rsidRPr="00167F07">
        <w:rPr>
          <w:lang w:eastAsia="ja-JP"/>
        </w:rPr>
        <w:t>提出部数等</w:t>
      </w:r>
    </w:p>
    <w:tbl>
      <w:tblPr>
        <w:tblStyle w:val="afe"/>
        <w:tblW w:w="0" w:type="auto"/>
        <w:tblInd w:w="959" w:type="dxa"/>
        <w:tblLook w:val="04A0" w:firstRow="1" w:lastRow="0" w:firstColumn="1" w:lastColumn="0" w:noHBand="0" w:noVBand="1"/>
      </w:tblPr>
      <w:tblGrid>
        <w:gridCol w:w="1559"/>
        <w:gridCol w:w="6804"/>
      </w:tblGrid>
      <w:tr w:rsidR="00167F07" w:rsidRPr="00167F07" w14:paraId="1EC915BC" w14:textId="77777777" w:rsidTr="00263D34">
        <w:tc>
          <w:tcPr>
            <w:tcW w:w="1559" w:type="dxa"/>
          </w:tcPr>
          <w:p w14:paraId="416CF9D1" w14:textId="0ADB4C3A" w:rsidR="0017184C" w:rsidRPr="00167F07" w:rsidRDefault="0017184C" w:rsidP="0017184C">
            <w:pPr>
              <w:spacing w:after="60"/>
              <w:rPr>
                <w:lang w:eastAsia="ja-JP"/>
              </w:rPr>
            </w:pPr>
            <w:r w:rsidRPr="00167F07">
              <w:rPr>
                <w:rFonts w:hint="eastAsia"/>
                <w:lang w:eastAsia="ja-JP"/>
              </w:rPr>
              <w:t>図面</w:t>
            </w:r>
          </w:p>
        </w:tc>
        <w:tc>
          <w:tcPr>
            <w:tcW w:w="6804" w:type="dxa"/>
          </w:tcPr>
          <w:p w14:paraId="28E763C7" w14:textId="29128284" w:rsidR="0017184C" w:rsidRPr="00167F07" w:rsidRDefault="0017184C" w:rsidP="0017184C">
            <w:pPr>
              <w:spacing w:after="60"/>
              <w:rPr>
                <w:lang w:eastAsia="ja-JP"/>
              </w:rPr>
            </w:pPr>
            <w:r w:rsidRPr="00167F07">
              <w:rPr>
                <w:rFonts w:hint="eastAsia"/>
                <w:lang w:eastAsia="ja-JP"/>
              </w:rPr>
              <w:t>〇原図は</w:t>
            </w:r>
            <w:r w:rsidR="00E91789" w:rsidRPr="00167F07">
              <w:rPr>
                <w:rFonts w:hint="eastAsia"/>
                <w:lang w:eastAsia="ja-JP"/>
              </w:rPr>
              <w:t>3</w:t>
            </w:r>
            <w:r w:rsidRPr="00167F07">
              <w:rPr>
                <w:rFonts w:hint="eastAsia"/>
                <w:lang w:eastAsia="ja-JP"/>
              </w:rPr>
              <w:t>部提出する。原図の用紙、大きさは監督員の指示による。</w:t>
            </w:r>
          </w:p>
          <w:p w14:paraId="0CB88B6A" w14:textId="0724A17E" w:rsidR="0017184C" w:rsidRPr="00167F07" w:rsidRDefault="0017184C" w:rsidP="0017184C">
            <w:pPr>
              <w:spacing w:after="60"/>
              <w:rPr>
                <w:lang w:eastAsia="ja-JP"/>
              </w:rPr>
            </w:pPr>
            <w:r w:rsidRPr="00167F07">
              <w:rPr>
                <w:rFonts w:hint="eastAsia"/>
                <w:lang w:eastAsia="ja-JP"/>
              </w:rPr>
              <w:t>〇検査終了後、原図をPDF形式（A3判，200dpi）にし、CD-RまたはDVD-Rに記録の上、提出する。</w:t>
            </w:r>
          </w:p>
        </w:tc>
      </w:tr>
      <w:tr w:rsidR="00167F07" w:rsidRPr="00167F07" w14:paraId="452EA68D" w14:textId="77777777" w:rsidTr="00263D34">
        <w:tc>
          <w:tcPr>
            <w:tcW w:w="1559" w:type="dxa"/>
          </w:tcPr>
          <w:p w14:paraId="235397ED" w14:textId="6226A0D2" w:rsidR="0017184C" w:rsidRPr="00167F07" w:rsidRDefault="0017184C" w:rsidP="0017184C">
            <w:pPr>
              <w:spacing w:after="60"/>
              <w:rPr>
                <w:lang w:eastAsia="ja-JP"/>
              </w:rPr>
            </w:pPr>
            <w:r w:rsidRPr="00167F07">
              <w:rPr>
                <w:rFonts w:hint="eastAsia"/>
                <w:lang w:eastAsia="ja-JP"/>
              </w:rPr>
              <w:t>その他</w:t>
            </w:r>
          </w:p>
        </w:tc>
        <w:tc>
          <w:tcPr>
            <w:tcW w:w="6804" w:type="dxa"/>
          </w:tcPr>
          <w:p w14:paraId="1DCEDA3A" w14:textId="13AD773C" w:rsidR="0017184C" w:rsidRPr="00167F07" w:rsidRDefault="0017184C" w:rsidP="0017184C">
            <w:pPr>
              <w:spacing w:after="60"/>
              <w:rPr>
                <w:lang w:eastAsia="ja-JP"/>
              </w:rPr>
            </w:pPr>
            <w:r w:rsidRPr="00167F07">
              <w:rPr>
                <w:rFonts w:hint="eastAsia"/>
                <w:lang w:eastAsia="ja-JP"/>
              </w:rPr>
              <w:t>〇以下に指示がない限り、各1部提出する。</w:t>
            </w:r>
          </w:p>
          <w:p w14:paraId="5124B6E6" w14:textId="41E5B0BB" w:rsidR="0017184C" w:rsidRPr="00167F07" w:rsidRDefault="0017184C" w:rsidP="0017184C">
            <w:pPr>
              <w:spacing w:after="60"/>
              <w:rPr>
                <w:lang w:eastAsia="ja-JP"/>
              </w:rPr>
            </w:pPr>
            <w:r w:rsidRPr="00167F07">
              <w:rPr>
                <w:rFonts w:hint="eastAsia"/>
                <w:lang w:eastAsia="ja-JP"/>
              </w:rPr>
              <w:t>〇工事費内訳書は</w:t>
            </w:r>
            <w:r w:rsidR="00BC7542" w:rsidRPr="00167F07">
              <w:rPr>
                <w:rFonts w:hint="eastAsia"/>
                <w:lang w:eastAsia="ja-JP"/>
              </w:rPr>
              <w:t>、</w:t>
            </w:r>
            <w:r w:rsidRPr="00167F07">
              <w:rPr>
                <w:rFonts w:hint="eastAsia"/>
                <w:lang w:eastAsia="ja-JP"/>
              </w:rPr>
              <w:t>監督員の指定する様式により印刷した金額入り、金額抜きを各</w:t>
            </w:r>
            <w:r w:rsidR="00E91789" w:rsidRPr="00167F07">
              <w:rPr>
                <w:rFonts w:hint="eastAsia"/>
                <w:lang w:eastAsia="ja-JP"/>
              </w:rPr>
              <w:t>2</w:t>
            </w:r>
            <w:r w:rsidRPr="00167F07">
              <w:rPr>
                <w:rFonts w:hint="eastAsia"/>
                <w:lang w:eastAsia="ja-JP"/>
              </w:rPr>
              <w:t>部提出する。</w:t>
            </w:r>
          </w:p>
          <w:p w14:paraId="58F835A3" w14:textId="00B931DB" w:rsidR="0017184C" w:rsidRPr="00167F07" w:rsidRDefault="0017184C" w:rsidP="0017184C">
            <w:pPr>
              <w:spacing w:after="60"/>
              <w:rPr>
                <w:lang w:eastAsia="ja-JP"/>
              </w:rPr>
            </w:pPr>
            <w:r w:rsidRPr="00167F07">
              <w:rPr>
                <w:rFonts w:hint="eastAsia"/>
                <w:lang w:eastAsia="ja-JP"/>
              </w:rPr>
              <w:t>〇設計計算書、積算調書及び採用単価調書</w:t>
            </w:r>
            <w:r w:rsidR="004009A9" w:rsidRPr="00167F07">
              <w:rPr>
                <w:rFonts w:hint="eastAsia"/>
                <w:lang w:eastAsia="ja-JP"/>
              </w:rPr>
              <w:t>はA4判左とじとし、各1部提出する。</w:t>
            </w:r>
          </w:p>
        </w:tc>
      </w:tr>
    </w:tbl>
    <w:p w14:paraId="24E0D933" w14:textId="77777777" w:rsidR="000F5D6F" w:rsidRPr="00167F07" w:rsidRDefault="00C92780" w:rsidP="00263D34">
      <w:pPr>
        <w:spacing w:after="60"/>
        <w:ind w:firstLineChars="350" w:firstLine="735"/>
        <w:rPr>
          <w:lang w:eastAsia="ja-JP"/>
        </w:rPr>
      </w:pPr>
      <w:r w:rsidRPr="00167F07">
        <w:rPr>
          <w:lang w:eastAsia="ja-JP"/>
        </w:rPr>
        <w:t>(ウ) 留意事項</w:t>
      </w:r>
    </w:p>
    <w:p w14:paraId="60F9492D" w14:textId="4A29C984" w:rsidR="000F5D6F" w:rsidRPr="00167F07" w:rsidRDefault="00C92780" w:rsidP="00A566D6">
      <w:pPr>
        <w:spacing w:after="60"/>
        <w:ind w:firstLineChars="400" w:firstLine="840"/>
        <w:rPr>
          <w:lang w:eastAsia="ja-JP"/>
        </w:rPr>
      </w:pPr>
      <w:r w:rsidRPr="00167F07">
        <w:rPr>
          <w:lang w:eastAsia="ja-JP"/>
        </w:rPr>
        <w:t>・</w:t>
      </w:r>
      <w:r w:rsidR="00A566D6" w:rsidRPr="00167F07">
        <w:rPr>
          <w:rFonts w:hint="eastAsia"/>
          <w:lang w:eastAsia="ja-JP"/>
        </w:rPr>
        <w:t>対象施設の</w:t>
      </w:r>
      <w:r w:rsidRPr="00167F07">
        <w:rPr>
          <w:lang w:eastAsia="ja-JP"/>
        </w:rPr>
        <w:t>設計図面その他資料は必要に応じ貸与する。</w:t>
      </w:r>
    </w:p>
    <w:p w14:paraId="56792068" w14:textId="5F049395" w:rsidR="000F5D6F" w:rsidRPr="00167F07" w:rsidRDefault="00C92780" w:rsidP="00B46B5B">
      <w:pPr>
        <w:spacing w:after="60"/>
        <w:ind w:leftChars="400" w:left="1050" w:rightChars="-100" w:right="-210" w:hangingChars="100" w:hanging="210"/>
        <w:rPr>
          <w:lang w:eastAsia="ja-JP"/>
        </w:rPr>
      </w:pPr>
      <w:r w:rsidRPr="00167F07">
        <w:rPr>
          <w:lang w:eastAsia="ja-JP"/>
        </w:rPr>
        <w:t>・積算は、監督員の承諾を得た実施設計図をもって行い、数量計算補助図を適宜作成する。</w:t>
      </w:r>
    </w:p>
    <w:p w14:paraId="596F2CA0" w14:textId="77777777" w:rsidR="00B46B5B" w:rsidRPr="00167F07" w:rsidRDefault="00C92780" w:rsidP="00B46B5B">
      <w:pPr>
        <w:spacing w:after="60"/>
        <w:ind w:leftChars="400" w:left="1050" w:rightChars="-50" w:right="-105" w:hangingChars="100" w:hanging="210"/>
        <w:rPr>
          <w:lang w:eastAsia="ja-JP"/>
        </w:rPr>
      </w:pPr>
      <w:r w:rsidRPr="00167F07">
        <w:rPr>
          <w:lang w:eastAsia="ja-JP"/>
        </w:rPr>
        <w:t>・単価は、積算基準等に基づいて算出し、又は刊行物掲載価格、見積価格等を参考にして、</w:t>
      </w:r>
    </w:p>
    <w:p w14:paraId="7FDD268B" w14:textId="4D9EA00F" w:rsidR="000F5D6F" w:rsidRPr="00167F07" w:rsidRDefault="00C92780" w:rsidP="00B46B5B">
      <w:pPr>
        <w:spacing w:after="60"/>
        <w:ind w:leftChars="500" w:left="1050"/>
        <w:rPr>
          <w:lang w:eastAsia="ja-JP"/>
        </w:rPr>
      </w:pPr>
      <w:r w:rsidRPr="00167F07">
        <w:rPr>
          <w:lang w:eastAsia="ja-JP"/>
        </w:rPr>
        <w:t>適正な価格を採用する。採用する単価について一覧表を作成し、監督員の承諾を得る。見積り先は３者以上とし、監督員の承諾を受ける。また、比較表を作成し、見積額の整理をする。</w:t>
      </w:r>
    </w:p>
    <w:p w14:paraId="575068B9" w14:textId="42CE52BB" w:rsidR="00560CDC" w:rsidRPr="00167F07" w:rsidRDefault="00C92780" w:rsidP="00560CDC">
      <w:pPr>
        <w:spacing w:after="60"/>
        <w:ind w:leftChars="400" w:left="1050" w:hangingChars="100" w:hanging="210"/>
        <w:rPr>
          <w:lang w:eastAsia="ja-JP"/>
        </w:rPr>
      </w:pPr>
      <w:r w:rsidRPr="00167F07">
        <w:rPr>
          <w:lang w:eastAsia="ja-JP"/>
        </w:rPr>
        <w:lastRenderedPageBreak/>
        <w:t>・設計図書及び工事費内訳書には、特定の製品名又は製造所名等を記載してはならない。ただし、これにより難い場合はあらかじめ監督員と協議する。</w:t>
      </w:r>
    </w:p>
    <w:p w14:paraId="471CF824" w14:textId="577E69B2" w:rsidR="008839F4" w:rsidRPr="00167F07" w:rsidRDefault="00C92780" w:rsidP="004741EA">
      <w:pPr>
        <w:spacing w:after="60"/>
        <w:ind w:firstLineChars="150" w:firstLine="315"/>
        <w:rPr>
          <w:lang w:eastAsia="ja-JP"/>
        </w:rPr>
      </w:pPr>
      <w:r w:rsidRPr="00167F07">
        <w:rPr>
          <w:lang w:eastAsia="ja-JP"/>
        </w:rPr>
        <w:t>イ 電子納品</w:t>
      </w:r>
    </w:p>
    <w:p w14:paraId="2D728DD6" w14:textId="14AE7123" w:rsidR="000F5D6F" w:rsidRPr="00167F07" w:rsidRDefault="008839F4" w:rsidP="004741EA">
      <w:pPr>
        <w:spacing w:after="60"/>
        <w:ind w:firstLineChars="300" w:firstLine="630"/>
        <w:rPr>
          <w:lang w:eastAsia="ja-JP"/>
        </w:rPr>
      </w:pPr>
      <w:r w:rsidRPr="00167F07">
        <w:rPr>
          <w:rFonts w:hint="eastAsia"/>
          <w:lang w:eastAsia="ja-JP"/>
        </w:rPr>
        <w:t>(ア)</w:t>
      </w:r>
      <w:r w:rsidR="00C92780" w:rsidRPr="00167F07">
        <w:rPr>
          <w:lang w:eastAsia="ja-JP"/>
        </w:rPr>
        <w:t>電子納品対象成果物</w:t>
      </w:r>
    </w:p>
    <w:tbl>
      <w:tblPr>
        <w:tblStyle w:val="afe"/>
        <w:tblW w:w="0" w:type="auto"/>
        <w:tblInd w:w="959" w:type="dxa"/>
        <w:tblLook w:val="04A0" w:firstRow="1" w:lastRow="0" w:firstColumn="1" w:lastColumn="0" w:noHBand="0" w:noVBand="1"/>
      </w:tblPr>
      <w:tblGrid>
        <w:gridCol w:w="1559"/>
        <w:gridCol w:w="6662"/>
      </w:tblGrid>
      <w:tr w:rsidR="00167F07" w:rsidRPr="00167F07" w14:paraId="6020E19C" w14:textId="77777777" w:rsidTr="004741EA">
        <w:tc>
          <w:tcPr>
            <w:tcW w:w="1559" w:type="dxa"/>
          </w:tcPr>
          <w:p w14:paraId="6D739D47" w14:textId="3A2FCF65" w:rsidR="004009A9" w:rsidRPr="00167F07" w:rsidRDefault="004009A9">
            <w:pPr>
              <w:spacing w:after="60"/>
              <w:rPr>
                <w:lang w:eastAsia="ja-JP"/>
              </w:rPr>
            </w:pPr>
            <w:proofErr w:type="spellStart"/>
            <w:r w:rsidRPr="00167F07">
              <w:t>対象成果物</w:t>
            </w:r>
            <w:proofErr w:type="spellEnd"/>
          </w:p>
        </w:tc>
        <w:tc>
          <w:tcPr>
            <w:tcW w:w="6662" w:type="dxa"/>
          </w:tcPr>
          <w:p w14:paraId="757D1674" w14:textId="4D5A387D" w:rsidR="004009A9" w:rsidRPr="00167F07" w:rsidRDefault="004009A9">
            <w:pPr>
              <w:spacing w:after="60"/>
              <w:rPr>
                <w:lang w:eastAsia="ja-JP"/>
              </w:rPr>
            </w:pPr>
            <w:r w:rsidRPr="00167F07">
              <w:t>○</w:t>
            </w:r>
            <w:proofErr w:type="spellStart"/>
            <w:r w:rsidRPr="00167F07">
              <w:t>設計概要</w:t>
            </w:r>
            <w:proofErr w:type="spellEnd"/>
            <w:r w:rsidR="004741EA" w:rsidRPr="00167F07">
              <w:rPr>
                <w:rFonts w:hint="eastAsia"/>
                <w:lang w:eastAsia="ja-JP"/>
              </w:rPr>
              <w:t xml:space="preserve">   </w:t>
            </w:r>
            <w:r w:rsidRPr="00167F07">
              <w:t xml:space="preserve"> ○</w:t>
            </w:r>
            <w:proofErr w:type="spellStart"/>
            <w:r w:rsidRPr="00167F07">
              <w:t>業務工程表</w:t>
            </w:r>
            <w:proofErr w:type="spellEnd"/>
            <w:r w:rsidR="004741EA" w:rsidRPr="00167F07">
              <w:rPr>
                <w:rFonts w:hint="eastAsia"/>
                <w:lang w:eastAsia="ja-JP"/>
              </w:rPr>
              <w:t xml:space="preserve">   </w:t>
            </w:r>
            <w:r w:rsidRPr="00167F07">
              <w:t xml:space="preserve"> ○</w:t>
            </w:r>
            <w:proofErr w:type="spellStart"/>
            <w:r w:rsidRPr="00167F07">
              <w:t>工事費内訳書</w:t>
            </w:r>
            <w:proofErr w:type="spellEnd"/>
          </w:p>
          <w:p w14:paraId="5C58B3E5" w14:textId="28546BD2" w:rsidR="004009A9" w:rsidRPr="00167F07" w:rsidRDefault="004009A9">
            <w:pPr>
              <w:spacing w:after="60"/>
              <w:rPr>
                <w:lang w:eastAsia="ja-JP"/>
              </w:rPr>
            </w:pPr>
            <w:r w:rsidRPr="00167F07">
              <w:rPr>
                <w:rFonts w:hint="eastAsia"/>
                <w:lang w:eastAsia="ja-JP"/>
              </w:rPr>
              <w:t>〇採用単価調書　〇設計図　〇写真目次，調査写真</w:t>
            </w:r>
          </w:p>
          <w:p w14:paraId="07659C11" w14:textId="0E9DF91F" w:rsidR="004009A9" w:rsidRPr="00167F07" w:rsidRDefault="004009A9">
            <w:pPr>
              <w:spacing w:after="60"/>
              <w:rPr>
                <w:lang w:eastAsia="ja-JP"/>
              </w:rPr>
            </w:pPr>
            <w:r w:rsidRPr="00167F07">
              <w:rPr>
                <w:rFonts w:hint="eastAsia"/>
                <w:lang w:eastAsia="ja-JP"/>
              </w:rPr>
              <w:t>〇その他監督員の指示するもの</w:t>
            </w:r>
          </w:p>
        </w:tc>
      </w:tr>
      <w:tr w:rsidR="004009A9" w:rsidRPr="00167F07" w14:paraId="24418EAE" w14:textId="77777777" w:rsidTr="004741EA">
        <w:tc>
          <w:tcPr>
            <w:tcW w:w="1559" w:type="dxa"/>
          </w:tcPr>
          <w:p w14:paraId="021CB8BA" w14:textId="5C8DB0CD" w:rsidR="004009A9" w:rsidRPr="00167F07" w:rsidRDefault="004009A9">
            <w:pPr>
              <w:spacing w:after="60"/>
              <w:rPr>
                <w:lang w:eastAsia="ja-JP"/>
              </w:rPr>
            </w:pPr>
            <w:r w:rsidRPr="00167F07">
              <w:rPr>
                <w:rFonts w:hint="eastAsia"/>
                <w:lang w:eastAsia="ja-JP"/>
              </w:rPr>
              <w:t>摘要基準類</w:t>
            </w:r>
          </w:p>
        </w:tc>
        <w:tc>
          <w:tcPr>
            <w:tcW w:w="6662" w:type="dxa"/>
          </w:tcPr>
          <w:p w14:paraId="2076F926" w14:textId="77777777" w:rsidR="004009A9" w:rsidRPr="00167F07" w:rsidRDefault="004009A9">
            <w:pPr>
              <w:spacing w:after="60"/>
              <w:rPr>
                <w:lang w:eastAsia="ja-JP"/>
              </w:rPr>
            </w:pPr>
            <w:r w:rsidRPr="00167F07">
              <w:rPr>
                <w:rFonts w:hint="eastAsia"/>
                <w:lang w:eastAsia="ja-JP"/>
              </w:rPr>
              <w:t>〇文書：Word</w:t>
            </w:r>
          </w:p>
          <w:p w14:paraId="437D7D3E" w14:textId="77777777" w:rsidR="004009A9" w:rsidRPr="00167F07" w:rsidRDefault="004009A9">
            <w:pPr>
              <w:spacing w:after="60"/>
              <w:rPr>
                <w:lang w:eastAsia="ja-JP"/>
              </w:rPr>
            </w:pPr>
            <w:r w:rsidRPr="00167F07">
              <w:rPr>
                <w:rFonts w:hint="eastAsia"/>
                <w:lang w:eastAsia="ja-JP"/>
              </w:rPr>
              <w:t>〇図面：JW-CAD</w:t>
            </w:r>
          </w:p>
          <w:p w14:paraId="22E7735D" w14:textId="02E0FE47" w:rsidR="004009A9" w:rsidRPr="00167F07" w:rsidRDefault="004009A9">
            <w:pPr>
              <w:spacing w:after="60"/>
              <w:rPr>
                <w:lang w:eastAsia="ja-JP"/>
              </w:rPr>
            </w:pPr>
            <w:r w:rsidRPr="00167F07">
              <w:rPr>
                <w:rFonts w:hint="eastAsia"/>
                <w:lang w:eastAsia="ja-JP"/>
              </w:rPr>
              <w:t>〇工事費内訳書：Excel</w:t>
            </w:r>
          </w:p>
        </w:tc>
      </w:tr>
    </w:tbl>
    <w:p w14:paraId="2A5AC5AC" w14:textId="77777777" w:rsidR="0024488A" w:rsidRPr="00167F07" w:rsidRDefault="0024488A" w:rsidP="004741EA">
      <w:pPr>
        <w:spacing w:after="60"/>
        <w:ind w:firstLineChars="300" w:firstLine="630"/>
        <w:rPr>
          <w:lang w:eastAsia="ja-JP"/>
        </w:rPr>
      </w:pPr>
    </w:p>
    <w:p w14:paraId="169759E0" w14:textId="2E8E763D" w:rsidR="000F5D6F" w:rsidRPr="00167F07" w:rsidRDefault="00C92780" w:rsidP="004741EA">
      <w:pPr>
        <w:spacing w:after="60"/>
        <w:ind w:firstLineChars="300" w:firstLine="630"/>
        <w:rPr>
          <w:lang w:eastAsia="ja-JP"/>
        </w:rPr>
      </w:pPr>
      <w:r w:rsidRPr="00167F07">
        <w:rPr>
          <w:lang w:eastAsia="ja-JP"/>
        </w:rPr>
        <w:t>(イ) 提出物等</w:t>
      </w:r>
    </w:p>
    <w:p w14:paraId="76CAA1E3" w14:textId="3700D388" w:rsidR="00A566D6" w:rsidRPr="00167F07" w:rsidRDefault="00C92780" w:rsidP="00A566D6">
      <w:pPr>
        <w:spacing w:after="60"/>
        <w:ind w:leftChars="350" w:left="945" w:hangingChars="100" w:hanging="210"/>
        <w:rPr>
          <w:lang w:eastAsia="ja-JP"/>
        </w:rPr>
      </w:pPr>
      <w:r w:rsidRPr="00167F07">
        <w:rPr>
          <w:lang w:eastAsia="ja-JP"/>
        </w:rPr>
        <w:t>○電子納品対象成果物、設計図、</w:t>
      </w:r>
      <w:r w:rsidR="00B46B5B" w:rsidRPr="00167F07">
        <w:rPr>
          <w:rFonts w:hint="eastAsia"/>
          <w:lang w:eastAsia="ja-JP"/>
        </w:rPr>
        <w:t>及び</w:t>
      </w:r>
      <w:r w:rsidRPr="00167F07">
        <w:rPr>
          <w:lang w:eastAsia="ja-JP"/>
        </w:rPr>
        <w:t>原図PDF形式（A3判,200dpi）を記録したCD-RまたはDVD-R 1枚</w:t>
      </w:r>
    </w:p>
    <w:p w14:paraId="3D3BA83A" w14:textId="366C60CE" w:rsidR="000F5D6F" w:rsidRPr="00167F07" w:rsidRDefault="00C92780" w:rsidP="00A566D6">
      <w:pPr>
        <w:spacing w:after="60"/>
        <w:ind w:firstLineChars="300" w:firstLine="630"/>
        <w:rPr>
          <w:lang w:eastAsia="ja-JP"/>
        </w:rPr>
      </w:pPr>
      <w:r w:rsidRPr="00167F07">
        <w:rPr>
          <w:lang w:eastAsia="ja-JP"/>
        </w:rPr>
        <w:t>(ウ) その他</w:t>
      </w:r>
    </w:p>
    <w:p w14:paraId="17E86E27" w14:textId="2A5B447C" w:rsidR="000F5D6F" w:rsidRPr="00167F07" w:rsidRDefault="00C92780" w:rsidP="004741EA">
      <w:pPr>
        <w:spacing w:after="60"/>
        <w:ind w:leftChars="350" w:left="735"/>
        <w:rPr>
          <w:lang w:eastAsia="ja-JP"/>
        </w:rPr>
      </w:pPr>
      <w:r w:rsidRPr="00167F07">
        <w:rPr>
          <w:lang w:eastAsia="ja-JP"/>
        </w:rPr>
        <w:t>○提出されたCADデータは当該施設に係る工事の受注者に貸与し、当該工事における施工図及び当該施設の完成図の作成等に使用する。</w:t>
      </w:r>
    </w:p>
    <w:p w14:paraId="4AD6847E" w14:textId="77777777" w:rsidR="000F5D6F" w:rsidRPr="00167F07" w:rsidRDefault="00C92780">
      <w:pPr>
        <w:spacing w:after="60"/>
        <w:rPr>
          <w:bCs/>
          <w:lang w:eastAsia="ja-JP"/>
        </w:rPr>
      </w:pPr>
      <w:r w:rsidRPr="00167F07">
        <w:rPr>
          <w:bCs/>
          <w:lang w:eastAsia="ja-JP"/>
        </w:rPr>
        <w:t>(４) 建設副産物対策</w:t>
      </w:r>
    </w:p>
    <w:p w14:paraId="4785E045" w14:textId="2D6FFA2D" w:rsidR="000F5D6F" w:rsidRPr="00167F07" w:rsidRDefault="00C92780" w:rsidP="00BC7542">
      <w:pPr>
        <w:spacing w:after="60"/>
        <w:ind w:leftChars="150" w:left="315"/>
        <w:rPr>
          <w:lang w:eastAsia="ja-JP"/>
        </w:rPr>
      </w:pPr>
      <w:r w:rsidRPr="00167F07">
        <w:rPr>
          <w:lang w:eastAsia="ja-JP"/>
        </w:rPr>
        <w:t>受注者は、設計にあたって建設副産物対策（発生の抑制、再利用の推進、適正処理の徹底）について検討を行い設計に反映させるものとする。</w:t>
      </w:r>
    </w:p>
    <w:p w14:paraId="75F99386" w14:textId="77777777" w:rsidR="000F5D6F" w:rsidRPr="00167F07" w:rsidRDefault="00C92780">
      <w:pPr>
        <w:spacing w:after="60"/>
        <w:rPr>
          <w:bCs/>
          <w:lang w:eastAsia="ja-JP"/>
        </w:rPr>
      </w:pPr>
      <w:r w:rsidRPr="00167F07">
        <w:rPr>
          <w:bCs/>
          <w:lang w:eastAsia="ja-JP"/>
        </w:rPr>
        <w:t>(５) その他特記事項</w:t>
      </w:r>
    </w:p>
    <w:p w14:paraId="029D816E" w14:textId="77777777" w:rsidR="000F5D6F" w:rsidRPr="00167F07" w:rsidRDefault="00C92780" w:rsidP="00B46B5B">
      <w:pPr>
        <w:spacing w:after="60"/>
        <w:ind w:leftChars="150" w:left="525" w:hangingChars="100" w:hanging="210"/>
        <w:rPr>
          <w:lang w:eastAsia="ja-JP"/>
        </w:rPr>
      </w:pPr>
      <w:r w:rsidRPr="00167F07">
        <w:rPr>
          <w:lang w:eastAsia="ja-JP"/>
        </w:rPr>
        <w:t>・受注者は、成果物又は成果物を利用して完成した建築物の内容を公表する場合には、あらかじめ、発注者の承諾を得なければならない。</w:t>
      </w:r>
    </w:p>
    <w:p w14:paraId="6F7B1547" w14:textId="236A31E4" w:rsidR="000F5D6F" w:rsidRPr="00167F07" w:rsidRDefault="00C92780" w:rsidP="00B46B5B">
      <w:pPr>
        <w:spacing w:after="60"/>
        <w:ind w:leftChars="150" w:left="525" w:hangingChars="100" w:hanging="210"/>
        <w:rPr>
          <w:lang w:eastAsia="ja-JP"/>
        </w:rPr>
      </w:pPr>
      <w:r w:rsidRPr="00167F07">
        <w:rPr>
          <w:lang w:eastAsia="ja-JP"/>
        </w:rPr>
        <w:t>・成果品の所有権はすべて</w:t>
      </w:r>
      <w:r w:rsidR="00A566D6" w:rsidRPr="00167F07">
        <w:rPr>
          <w:rFonts w:hint="eastAsia"/>
          <w:lang w:eastAsia="ja-JP"/>
        </w:rPr>
        <w:t>伊東</w:t>
      </w:r>
      <w:r w:rsidRPr="00167F07">
        <w:rPr>
          <w:lang w:eastAsia="ja-JP"/>
        </w:rPr>
        <w:t>市に帰属し、理由の如何を問わず、複写・複製及び第三者への提供を行わないものとする。</w:t>
      </w:r>
    </w:p>
    <w:p w14:paraId="5FEC271A" w14:textId="01F4D5D1" w:rsidR="000F5D6F" w:rsidRPr="00167F07" w:rsidRDefault="00C92780" w:rsidP="00B46B5B">
      <w:pPr>
        <w:spacing w:after="60"/>
        <w:ind w:leftChars="150" w:left="525" w:hangingChars="100" w:hanging="210"/>
        <w:rPr>
          <w:lang w:eastAsia="ja-JP"/>
        </w:rPr>
      </w:pPr>
      <w:r w:rsidRPr="00167F07">
        <w:rPr>
          <w:lang w:eastAsia="ja-JP"/>
        </w:rPr>
        <w:t>・各種申請手続き</w:t>
      </w:r>
      <w:r w:rsidR="0024488A" w:rsidRPr="00167F07">
        <w:rPr>
          <w:rFonts w:hint="eastAsia"/>
          <w:lang w:eastAsia="ja-JP"/>
        </w:rPr>
        <w:t>は</w:t>
      </w:r>
      <w:r w:rsidRPr="00167F07">
        <w:rPr>
          <w:lang w:eastAsia="ja-JP"/>
        </w:rPr>
        <w:t>含</w:t>
      </w:r>
      <w:r w:rsidR="0024488A" w:rsidRPr="00167F07">
        <w:rPr>
          <w:rFonts w:hint="eastAsia"/>
          <w:lang w:eastAsia="ja-JP"/>
        </w:rPr>
        <w:t>まない</w:t>
      </w:r>
      <w:r w:rsidRPr="00167F07">
        <w:rPr>
          <w:lang w:eastAsia="ja-JP"/>
        </w:rPr>
        <w:t>ものとする。なお、申請に手数料が発生する場合、手数料は別途発注者が負担する。</w:t>
      </w:r>
    </w:p>
    <w:p w14:paraId="2E3E49E2" w14:textId="77777777" w:rsidR="000F5D6F" w:rsidRPr="00167F07" w:rsidRDefault="00C92780" w:rsidP="00B46B5B">
      <w:pPr>
        <w:spacing w:after="60"/>
        <w:ind w:leftChars="150" w:left="525" w:hangingChars="100" w:hanging="210"/>
        <w:rPr>
          <w:lang w:eastAsia="ja-JP"/>
        </w:rPr>
      </w:pPr>
      <w:r w:rsidRPr="00167F07">
        <w:rPr>
          <w:lang w:eastAsia="ja-JP"/>
        </w:rPr>
        <w:t>・受注者は本業務上知り得た秘密を第三者に漏らしてはならない。また、本契約期間終了後も同様とする。</w:t>
      </w:r>
    </w:p>
    <w:p w14:paraId="26A53201" w14:textId="77777777" w:rsidR="000F5D6F" w:rsidRPr="00167F07" w:rsidRDefault="00C92780" w:rsidP="00B46B5B">
      <w:pPr>
        <w:spacing w:after="60"/>
        <w:ind w:leftChars="50" w:left="105" w:firstLineChars="100" w:firstLine="210"/>
        <w:rPr>
          <w:lang w:eastAsia="ja-JP"/>
        </w:rPr>
      </w:pPr>
      <w:r w:rsidRPr="00167F07">
        <w:rPr>
          <w:lang w:eastAsia="ja-JP"/>
        </w:rPr>
        <w:t>・その他教育委員会の指示による。</w:t>
      </w:r>
    </w:p>
    <w:p w14:paraId="784453BA" w14:textId="770EDA99" w:rsidR="000F5D6F" w:rsidRPr="00167F07" w:rsidRDefault="000F5D6F">
      <w:pPr>
        <w:spacing w:after="60"/>
        <w:rPr>
          <w:lang w:eastAsia="ja-JP"/>
        </w:rPr>
      </w:pPr>
    </w:p>
    <w:sectPr w:rsidR="000F5D6F" w:rsidRPr="00167F07" w:rsidSect="0098384D">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013CB3"/>
    <w:multiLevelType w:val="hybridMultilevel"/>
    <w:tmpl w:val="323C9A88"/>
    <w:lvl w:ilvl="0" w:tplc="06B6D3A0">
      <w:start w:val="1"/>
      <w:numFmt w:val="aiueoFullWidth"/>
      <w:lvlText w:val="(%1)"/>
      <w:lvlJc w:val="left"/>
      <w:pPr>
        <w:ind w:left="525" w:hanging="52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0F4B569F"/>
    <w:multiLevelType w:val="hybridMultilevel"/>
    <w:tmpl w:val="F628F806"/>
    <w:lvl w:ilvl="0" w:tplc="EA682006">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1" w15:restartNumberingAfterBreak="0">
    <w:nsid w:val="399C479F"/>
    <w:multiLevelType w:val="hybridMultilevel"/>
    <w:tmpl w:val="14AAFCB0"/>
    <w:lvl w:ilvl="0" w:tplc="C0B2F768">
      <w:start w:val="1"/>
      <w:numFmt w:val="aiueoFullWidth"/>
      <w:lvlText w:val="（%1）"/>
      <w:lvlJc w:val="left"/>
      <w:pPr>
        <w:ind w:left="1245" w:hanging="72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12" w15:restartNumberingAfterBreak="0">
    <w:nsid w:val="5B935C29"/>
    <w:multiLevelType w:val="hybridMultilevel"/>
    <w:tmpl w:val="5AC47492"/>
    <w:lvl w:ilvl="0" w:tplc="4A90E3A2">
      <w:start w:val="1"/>
      <w:numFmt w:val="aiueoFullWidth"/>
      <w:lvlText w:val="(%1)"/>
      <w:lvlJc w:val="left"/>
      <w:pPr>
        <w:ind w:left="525" w:hanging="52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5BC20AE"/>
    <w:multiLevelType w:val="hybridMultilevel"/>
    <w:tmpl w:val="7484792E"/>
    <w:lvl w:ilvl="0" w:tplc="51AEDB8E">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2"/>
  </w:num>
  <w:num w:numId="12">
    <w:abstractNumId w:val="11"/>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dirty"/>
  <w:defaultTabStop w:val="720"/>
  <w:drawingGridHorizontalSpacing w:val="18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813"/>
    <w:rsid w:val="000F5D6F"/>
    <w:rsid w:val="0015074B"/>
    <w:rsid w:val="00167F07"/>
    <w:rsid w:val="0017184C"/>
    <w:rsid w:val="001B074F"/>
    <w:rsid w:val="001B52A2"/>
    <w:rsid w:val="001D5D62"/>
    <w:rsid w:val="00202CE3"/>
    <w:rsid w:val="00235930"/>
    <w:rsid w:val="0024488A"/>
    <w:rsid w:val="00260E1D"/>
    <w:rsid w:val="00263D34"/>
    <w:rsid w:val="0029639D"/>
    <w:rsid w:val="00326F90"/>
    <w:rsid w:val="003770C1"/>
    <w:rsid w:val="003D4EBD"/>
    <w:rsid w:val="004009A9"/>
    <w:rsid w:val="004741EA"/>
    <w:rsid w:val="004B1BE1"/>
    <w:rsid w:val="005271A2"/>
    <w:rsid w:val="00560CDC"/>
    <w:rsid w:val="006070BE"/>
    <w:rsid w:val="00660652"/>
    <w:rsid w:val="006C4311"/>
    <w:rsid w:val="008118EF"/>
    <w:rsid w:val="00823155"/>
    <w:rsid w:val="0084620F"/>
    <w:rsid w:val="008839F4"/>
    <w:rsid w:val="008A52C1"/>
    <w:rsid w:val="0098384D"/>
    <w:rsid w:val="00A566D6"/>
    <w:rsid w:val="00A857CA"/>
    <w:rsid w:val="00AA1D8D"/>
    <w:rsid w:val="00B1020F"/>
    <w:rsid w:val="00B46B5B"/>
    <w:rsid w:val="00B47730"/>
    <w:rsid w:val="00B87344"/>
    <w:rsid w:val="00BB006A"/>
    <w:rsid w:val="00BC7542"/>
    <w:rsid w:val="00C92780"/>
    <w:rsid w:val="00CB0664"/>
    <w:rsid w:val="00E06F3A"/>
    <w:rsid w:val="00E91789"/>
    <w:rsid w:val="00EA35B4"/>
    <w:rsid w:val="00EF360D"/>
    <w:rsid w:val="00F30B59"/>
    <w:rsid w:val="00F93B15"/>
    <w:rsid w:val="00FB4E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D0DFFF9"/>
  <w14:defaultImageDpi w14:val="300"/>
  <w15:docId w15:val="{BF8842F2-895A-4A03-BC09-6D2D61A8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E91789"/>
    <w:rPr>
      <w:sz w:val="18"/>
      <w:szCs w:val="18"/>
    </w:rPr>
  </w:style>
  <w:style w:type="paragraph" w:styleId="aff0">
    <w:name w:val="annotation text"/>
    <w:basedOn w:val="a1"/>
    <w:link w:val="aff1"/>
    <w:uiPriority w:val="99"/>
    <w:semiHidden/>
    <w:unhideWhenUsed/>
    <w:rsid w:val="00E91789"/>
  </w:style>
  <w:style w:type="character" w:customStyle="1" w:styleId="aff1">
    <w:name w:val="コメント文字列 (文字)"/>
    <w:basedOn w:val="a2"/>
    <w:link w:val="aff0"/>
    <w:uiPriority w:val="99"/>
    <w:semiHidden/>
    <w:rsid w:val="00E91789"/>
    <w:rPr>
      <w:rFonts w:ascii="ＭＳ 明朝" w:eastAsia="ＭＳ 明朝" w:hAnsi="ＭＳ 明朝"/>
      <w:sz w:val="21"/>
    </w:rPr>
  </w:style>
  <w:style w:type="paragraph" w:styleId="aff2">
    <w:name w:val="annotation subject"/>
    <w:basedOn w:val="aff0"/>
    <w:next w:val="aff0"/>
    <w:link w:val="aff3"/>
    <w:uiPriority w:val="99"/>
    <w:semiHidden/>
    <w:unhideWhenUsed/>
    <w:rsid w:val="00E91789"/>
    <w:rPr>
      <w:b/>
      <w:bCs/>
    </w:rPr>
  </w:style>
  <w:style w:type="character" w:customStyle="1" w:styleId="aff3">
    <w:name w:val="コメント内容 (文字)"/>
    <w:basedOn w:val="aff1"/>
    <w:link w:val="aff2"/>
    <w:uiPriority w:val="99"/>
    <w:semiHidden/>
    <w:rsid w:val="00E91789"/>
    <w:rPr>
      <w:rFonts w:ascii="ＭＳ 明朝" w:eastAsia="ＭＳ 明朝" w:hAns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603</Words>
  <Characters>3438</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DAS06222</cp:lastModifiedBy>
  <cp:revision>10</cp:revision>
  <cp:lastPrinted>2026-09-30T08:13:00Z</cp:lastPrinted>
  <dcterms:created xsi:type="dcterms:W3CDTF">2026-09-30T06:17:00Z</dcterms:created>
  <dcterms:modified xsi:type="dcterms:W3CDTF">2026-10-02T02:14:00Z</dcterms:modified>
  <cp:category/>
</cp:coreProperties>
</file>