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C51EE" w14:textId="77777777" w:rsidR="00C552B8" w:rsidRDefault="00634CA1" w:rsidP="00780AB9">
      <w:r>
        <w:rPr>
          <w:sz w:val="20"/>
        </w:rPr>
        <w:t>様式第３号（用紙　日本産業規格Ａ４判）</w:t>
      </w:r>
    </w:p>
    <w:p w14:paraId="08900B87" w14:textId="77777777" w:rsidR="00C552B8" w:rsidRDefault="00634CA1">
      <w:pPr>
        <w:jc w:val="center"/>
        <w:rPr>
          <w:lang w:eastAsia="ja-JP"/>
        </w:rPr>
      </w:pPr>
      <w:r>
        <w:rPr>
          <w:b/>
          <w:sz w:val="32"/>
          <w:lang w:eastAsia="ja-JP"/>
        </w:rPr>
        <w:t>参加者の資格要件に係る誓約書</w:t>
      </w:r>
    </w:p>
    <w:p w14:paraId="1916FB62" w14:textId="77777777" w:rsidR="00C552B8" w:rsidRDefault="00634CA1">
      <w:pPr>
        <w:jc w:val="right"/>
      </w:pPr>
      <w:proofErr w:type="spellStart"/>
      <w:proofErr w:type="gramStart"/>
      <w:r>
        <w:t>令和</w:t>
      </w:r>
      <w:proofErr w:type="spellEnd"/>
      <w:r>
        <w:t xml:space="preserve">　　年</w:t>
      </w:r>
      <w:proofErr w:type="gramEnd"/>
      <w:r>
        <w:t xml:space="preserve">　　月　　日</w:t>
      </w:r>
    </w:p>
    <w:p w14:paraId="21B6A111" w14:textId="73FCBC13" w:rsidR="00C552B8" w:rsidRDefault="00634CA1">
      <w:proofErr w:type="spellStart"/>
      <w:r>
        <w:t>伊東市長</w:t>
      </w:r>
      <w:proofErr w:type="spellEnd"/>
      <w:r>
        <w:t xml:space="preserve">　</w:t>
      </w:r>
      <w:r>
        <w:rPr>
          <w:rFonts w:hint="eastAsia"/>
          <w:lang w:eastAsia="ja-JP"/>
        </w:rPr>
        <w:t>様</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1"/>
        <w:gridCol w:w="7087"/>
      </w:tblGrid>
      <w:tr w:rsidR="00C552B8" w14:paraId="0AF85E9F" w14:textId="77777777">
        <w:trPr>
          <w:jc w:val="center"/>
        </w:trPr>
        <w:tc>
          <w:tcPr>
            <w:tcW w:w="2381" w:type="dxa"/>
            <w:shd w:val="clear" w:color="auto" w:fill="D9EAF7"/>
            <w:vAlign w:val="center"/>
          </w:tcPr>
          <w:p w14:paraId="764DC112" w14:textId="77777777" w:rsidR="00C552B8" w:rsidRDefault="00634CA1">
            <w:r>
              <w:rPr>
                <w:b/>
                <w:sz w:val="21"/>
              </w:rPr>
              <w:t>所在地</w:t>
            </w:r>
          </w:p>
        </w:tc>
        <w:tc>
          <w:tcPr>
            <w:tcW w:w="7087" w:type="dxa"/>
            <w:vAlign w:val="center"/>
          </w:tcPr>
          <w:p w14:paraId="1FF4BCB6" w14:textId="77777777" w:rsidR="00C552B8" w:rsidRDefault="00C552B8"/>
        </w:tc>
      </w:tr>
      <w:tr w:rsidR="00C552B8" w14:paraId="4D3DFB5E" w14:textId="77777777">
        <w:trPr>
          <w:jc w:val="center"/>
        </w:trPr>
        <w:tc>
          <w:tcPr>
            <w:tcW w:w="2381" w:type="dxa"/>
            <w:shd w:val="clear" w:color="auto" w:fill="D9EAF7"/>
            <w:vAlign w:val="center"/>
          </w:tcPr>
          <w:p w14:paraId="7552BEB1" w14:textId="77777777" w:rsidR="00C552B8" w:rsidRDefault="00634CA1">
            <w:r>
              <w:rPr>
                <w:b/>
                <w:sz w:val="21"/>
              </w:rPr>
              <w:t>商号又は名称</w:t>
            </w:r>
          </w:p>
        </w:tc>
        <w:tc>
          <w:tcPr>
            <w:tcW w:w="7087" w:type="dxa"/>
            <w:vAlign w:val="center"/>
          </w:tcPr>
          <w:p w14:paraId="026A90B4" w14:textId="77777777" w:rsidR="00C552B8" w:rsidRDefault="00C552B8"/>
        </w:tc>
      </w:tr>
      <w:tr w:rsidR="00C552B8" w14:paraId="5A66D02D" w14:textId="77777777">
        <w:trPr>
          <w:jc w:val="center"/>
        </w:trPr>
        <w:tc>
          <w:tcPr>
            <w:tcW w:w="2381" w:type="dxa"/>
            <w:shd w:val="clear" w:color="auto" w:fill="D9EAF7"/>
            <w:vAlign w:val="center"/>
          </w:tcPr>
          <w:p w14:paraId="5DE124E8" w14:textId="7022ED31" w:rsidR="00C552B8" w:rsidRDefault="00634CA1">
            <w:proofErr w:type="spellStart"/>
            <w:r w:rsidRPr="00634CA1">
              <w:rPr>
                <w:rFonts w:hint="eastAsia"/>
                <w:b/>
                <w:sz w:val="21"/>
              </w:rPr>
              <w:t>代表者職氏名</w:t>
            </w:r>
            <w:proofErr w:type="spellEnd"/>
          </w:p>
        </w:tc>
        <w:tc>
          <w:tcPr>
            <w:tcW w:w="7087" w:type="dxa"/>
            <w:vAlign w:val="center"/>
          </w:tcPr>
          <w:p w14:paraId="2151CE5F" w14:textId="77777777" w:rsidR="00C552B8" w:rsidRDefault="00C552B8"/>
        </w:tc>
      </w:tr>
      <w:tr w:rsidR="00C552B8" w14:paraId="30EE5D1E" w14:textId="77777777">
        <w:trPr>
          <w:jc w:val="center"/>
        </w:trPr>
        <w:tc>
          <w:tcPr>
            <w:tcW w:w="2381" w:type="dxa"/>
            <w:shd w:val="clear" w:color="auto" w:fill="D9EAF7"/>
            <w:vAlign w:val="center"/>
          </w:tcPr>
          <w:p w14:paraId="354D3AFF" w14:textId="77777777" w:rsidR="00C552B8" w:rsidRDefault="00634CA1">
            <w:r>
              <w:rPr>
                <w:b/>
                <w:sz w:val="21"/>
              </w:rPr>
              <w:t>担当者・連絡先</w:t>
            </w:r>
          </w:p>
        </w:tc>
        <w:tc>
          <w:tcPr>
            <w:tcW w:w="7087" w:type="dxa"/>
            <w:vAlign w:val="center"/>
          </w:tcPr>
          <w:p w14:paraId="6EDD0AA5" w14:textId="77777777" w:rsidR="00C552B8" w:rsidRDefault="00634CA1">
            <w:r>
              <w:rPr>
                <w:sz w:val="21"/>
              </w:rPr>
              <w:t xml:space="preserve">所属：　　　　　　　　　　　役職：　　　　　　　　　氏名：　　　　　　　　　</w:t>
            </w:r>
            <w:r>
              <w:rPr>
                <w:sz w:val="21"/>
              </w:rPr>
              <w:br/>
              <w:t xml:space="preserve">電話：　　　　　　　　　　　E-mail：　　　　　　　　　　　　　　</w:t>
            </w:r>
          </w:p>
        </w:tc>
      </w:tr>
    </w:tbl>
    <w:p w14:paraId="4377276F" w14:textId="77777777" w:rsidR="00C552B8" w:rsidRDefault="00634CA1">
      <w:pPr>
        <w:spacing w:before="200" w:after="160"/>
        <w:rPr>
          <w:lang w:eastAsia="ja-JP"/>
        </w:rPr>
      </w:pPr>
      <w:r>
        <w:rPr>
          <w:lang w:eastAsia="ja-JP"/>
        </w:rPr>
        <w:t>当社は、「伊東市営住宅家賃等債務保証業者募集要領」に基づく募集への参加に当たり、下記の事項について相違ないことを誓約します。</w:t>
      </w:r>
      <w:r>
        <w:rPr>
          <w:lang w:eastAsia="ja-JP"/>
        </w:rPr>
        <w:br/>
        <w:t>なお、下記の事項に反することが判明した場合は、参加資格を取り消され、又は協定を締結しないこととなっても異議ありません。</w:t>
      </w:r>
    </w:p>
    <w:p w14:paraId="4D309781" w14:textId="77777777" w:rsidR="00C552B8" w:rsidRDefault="00634CA1">
      <w:pPr>
        <w:jc w:val="center"/>
        <w:rPr>
          <w:lang w:eastAsia="ja-JP"/>
        </w:rPr>
      </w:pPr>
      <w:r>
        <w:rPr>
          <w:b/>
          <w:sz w:val="24"/>
          <w:lang w:eastAsia="ja-JP"/>
        </w:rPr>
        <w:t>記</w:t>
      </w:r>
    </w:p>
    <w:p w14:paraId="5C3102F5" w14:textId="77777777" w:rsidR="00C552B8" w:rsidRDefault="00634CA1">
      <w:pPr>
        <w:spacing w:after="100"/>
        <w:ind w:left="283" w:hanging="283"/>
        <w:rPr>
          <w:lang w:eastAsia="ja-JP"/>
        </w:rPr>
      </w:pPr>
      <w:r>
        <w:rPr>
          <w:sz w:val="21"/>
          <w:lang w:eastAsia="ja-JP"/>
        </w:rPr>
        <w:t>1　地方自治法施行令（昭和22年政令第16号）第167条の4第1項の規定に該当していない者であること。</w:t>
      </w:r>
    </w:p>
    <w:p w14:paraId="5F4B5BB3" w14:textId="77777777" w:rsidR="00C552B8" w:rsidRDefault="00634CA1">
      <w:pPr>
        <w:spacing w:after="100"/>
        <w:ind w:left="283" w:hanging="283"/>
        <w:rPr>
          <w:lang w:eastAsia="ja-JP"/>
        </w:rPr>
      </w:pPr>
      <w:r>
        <w:rPr>
          <w:sz w:val="21"/>
          <w:lang w:eastAsia="ja-JP"/>
        </w:rPr>
        <w:t>2　家賃債務保証業者登録規程（平成29年国土交通省告示第898号）第5条第1項の規定により国土交通大臣の登録を受け、静岡県を営業区域とする者であること。</w:t>
      </w:r>
    </w:p>
    <w:p w14:paraId="6909D50A" w14:textId="77777777" w:rsidR="00C552B8" w:rsidRDefault="00634CA1">
      <w:pPr>
        <w:spacing w:after="100"/>
        <w:ind w:left="283" w:hanging="283"/>
        <w:rPr>
          <w:lang w:eastAsia="ja-JP"/>
        </w:rPr>
      </w:pPr>
      <w:r>
        <w:rPr>
          <w:sz w:val="21"/>
          <w:lang w:eastAsia="ja-JP"/>
        </w:rPr>
        <w:t>3　公営住宅の家賃等に係る債務保証業務について、地方公共団体と協定を締結し、当該業務を実施した実績を有する者であること。</w:t>
      </w:r>
    </w:p>
    <w:p w14:paraId="393ED9DE" w14:textId="77777777" w:rsidR="00C552B8" w:rsidRDefault="00634CA1">
      <w:pPr>
        <w:spacing w:after="100"/>
        <w:ind w:left="283" w:hanging="283"/>
        <w:rPr>
          <w:lang w:eastAsia="ja-JP"/>
        </w:rPr>
      </w:pPr>
      <w:r>
        <w:rPr>
          <w:sz w:val="21"/>
          <w:lang w:eastAsia="ja-JP"/>
        </w:rPr>
        <w:t>4　会社更生法（平成14年法律第154号）に基づく更生手続開始の申立てをしている者又は民事再生法（平成11年法律第225号）に基づく再生手続開始の申立てをしている者でないこと。</w:t>
      </w:r>
    </w:p>
    <w:p w14:paraId="3B38EF71" w14:textId="77777777" w:rsidR="00C552B8" w:rsidRDefault="00634CA1">
      <w:pPr>
        <w:spacing w:after="100"/>
        <w:ind w:left="283" w:hanging="283"/>
        <w:rPr>
          <w:lang w:eastAsia="ja-JP"/>
        </w:rPr>
      </w:pPr>
      <w:r>
        <w:rPr>
          <w:sz w:val="21"/>
          <w:lang w:eastAsia="ja-JP"/>
        </w:rPr>
        <w:t>5　伊東市暴力団排除条例（平成24年伊東市条例第19号）第6条第2項第1号に規定する暴力団員等及び暴力団員等と密接な関係を有する者に該当しないこと。</w:t>
      </w:r>
    </w:p>
    <w:p w14:paraId="12469B12" w14:textId="77777777" w:rsidR="00C552B8" w:rsidRDefault="00634CA1">
      <w:pPr>
        <w:spacing w:after="100"/>
        <w:ind w:left="283" w:hanging="283"/>
        <w:rPr>
          <w:lang w:eastAsia="ja-JP"/>
        </w:rPr>
      </w:pPr>
      <w:r>
        <w:rPr>
          <w:sz w:val="21"/>
          <w:lang w:eastAsia="ja-JP"/>
        </w:rPr>
        <w:t>6　国税及び地方税を滞納していない者であること。</w:t>
      </w:r>
    </w:p>
    <w:p w14:paraId="39B7ACEC" w14:textId="77777777" w:rsidR="00C552B8" w:rsidRDefault="00634CA1">
      <w:pPr>
        <w:spacing w:after="100"/>
        <w:ind w:left="283" w:hanging="283"/>
        <w:rPr>
          <w:lang w:eastAsia="ja-JP"/>
        </w:rPr>
      </w:pPr>
      <w:r>
        <w:rPr>
          <w:sz w:val="21"/>
          <w:lang w:eastAsia="ja-JP"/>
        </w:rPr>
        <w:t>7　個人情報の保護に関する法律（平成15年法律第57号）その他関係法令を遵守し、個人情報を適切に取り扱うことができる者であること。</w:t>
      </w:r>
    </w:p>
    <w:p w14:paraId="5671BA17" w14:textId="77777777" w:rsidR="00C552B8" w:rsidRDefault="00634CA1">
      <w:pPr>
        <w:rPr>
          <w:lang w:eastAsia="ja-JP"/>
        </w:rPr>
      </w:pPr>
      <w:r>
        <w:rPr>
          <w:sz w:val="19"/>
          <w:lang w:eastAsia="ja-JP"/>
        </w:rPr>
        <w:t>※　上記の資格要件の確認に必要な書類については、募集要領５「提出書類及び提出期間等」に定める提出書類を添付してください。</w:t>
      </w:r>
    </w:p>
    <w:p w14:paraId="63FCF4D2" w14:textId="77777777" w:rsidR="00C552B8" w:rsidRDefault="00634CA1">
      <w:pPr>
        <w:spacing w:before="160"/>
      </w:pPr>
      <w:r>
        <w:rPr>
          <w:b/>
        </w:rPr>
        <w:t>【</w:t>
      </w:r>
      <w:proofErr w:type="spellStart"/>
      <w:r>
        <w:rPr>
          <w:b/>
        </w:rPr>
        <w:t>確認事項</w:t>
      </w:r>
      <w:proofErr w:type="spellEnd"/>
      <w:r>
        <w:rPr>
          <w:b/>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8"/>
        <w:gridCol w:w="6520"/>
      </w:tblGrid>
      <w:tr w:rsidR="00C552B8" w14:paraId="36F13FE3" w14:textId="77777777">
        <w:trPr>
          <w:jc w:val="center"/>
        </w:trPr>
        <w:tc>
          <w:tcPr>
            <w:tcW w:w="2948" w:type="dxa"/>
            <w:shd w:val="clear" w:color="auto" w:fill="D9EAF7"/>
            <w:vAlign w:val="center"/>
          </w:tcPr>
          <w:p w14:paraId="7A490EC7" w14:textId="77777777" w:rsidR="00C552B8" w:rsidRDefault="00634CA1">
            <w:r>
              <w:rPr>
                <w:b/>
                <w:sz w:val="21"/>
              </w:rPr>
              <w:t>１　記載内容の確認</w:t>
            </w:r>
          </w:p>
        </w:tc>
        <w:tc>
          <w:tcPr>
            <w:tcW w:w="6520" w:type="dxa"/>
            <w:vAlign w:val="center"/>
          </w:tcPr>
          <w:p w14:paraId="5FC8D71C" w14:textId="3AD8E98B" w:rsidR="00C552B8" w:rsidRDefault="00634CA1">
            <w:pPr>
              <w:rPr>
                <w:lang w:eastAsia="ja-JP"/>
              </w:rPr>
            </w:pPr>
            <w:r>
              <w:rPr>
                <w:sz w:val="21"/>
                <w:lang w:eastAsia="ja-JP"/>
              </w:rPr>
              <w:t xml:space="preserve">□　</w:t>
            </w:r>
            <w:r w:rsidRPr="00634CA1">
              <w:rPr>
                <w:rFonts w:hint="eastAsia"/>
                <w:sz w:val="21"/>
                <w:lang w:eastAsia="ja-JP"/>
              </w:rPr>
              <w:t>上記の記載内容及び誓約事項に相違ありません。</w:t>
            </w:r>
          </w:p>
        </w:tc>
      </w:tr>
      <w:tr w:rsidR="00C552B8" w14:paraId="61CE59FA" w14:textId="77777777">
        <w:trPr>
          <w:jc w:val="center"/>
        </w:trPr>
        <w:tc>
          <w:tcPr>
            <w:tcW w:w="2948" w:type="dxa"/>
            <w:shd w:val="clear" w:color="auto" w:fill="D9EAF7"/>
            <w:vAlign w:val="center"/>
          </w:tcPr>
          <w:p w14:paraId="602CC4D3" w14:textId="77777777" w:rsidR="00C552B8" w:rsidRDefault="00634CA1">
            <w:r>
              <w:rPr>
                <w:b/>
                <w:sz w:val="21"/>
              </w:rPr>
              <w:lastRenderedPageBreak/>
              <w:t xml:space="preserve">２　</w:t>
            </w:r>
            <w:proofErr w:type="spellStart"/>
            <w:r>
              <w:rPr>
                <w:b/>
                <w:sz w:val="21"/>
              </w:rPr>
              <w:t>資格要件の変更等</w:t>
            </w:r>
            <w:proofErr w:type="spellEnd"/>
          </w:p>
        </w:tc>
        <w:tc>
          <w:tcPr>
            <w:tcW w:w="6520" w:type="dxa"/>
            <w:vAlign w:val="center"/>
          </w:tcPr>
          <w:p w14:paraId="3087B8EE" w14:textId="77777777" w:rsidR="00C552B8" w:rsidRDefault="00634CA1">
            <w:pPr>
              <w:rPr>
                <w:lang w:eastAsia="ja-JP"/>
              </w:rPr>
            </w:pPr>
            <w:r>
              <w:rPr>
                <w:sz w:val="21"/>
                <w:lang w:eastAsia="ja-JP"/>
              </w:rPr>
              <w:t>□　提出後に上記の資格要件に該当しない事実が生じた場合は、速やかに市へ報告します。</w:t>
            </w:r>
          </w:p>
        </w:tc>
      </w:tr>
      <w:tr w:rsidR="00C552B8" w14:paraId="408A7AD2" w14:textId="77777777">
        <w:trPr>
          <w:jc w:val="center"/>
        </w:trPr>
        <w:tc>
          <w:tcPr>
            <w:tcW w:w="2948" w:type="dxa"/>
            <w:shd w:val="clear" w:color="auto" w:fill="D9EAF7"/>
            <w:vAlign w:val="center"/>
          </w:tcPr>
          <w:p w14:paraId="445EABA7" w14:textId="77777777" w:rsidR="00C552B8" w:rsidRDefault="00634CA1">
            <w:r>
              <w:rPr>
                <w:b/>
                <w:sz w:val="21"/>
              </w:rPr>
              <w:t xml:space="preserve">３　</w:t>
            </w:r>
            <w:proofErr w:type="spellStart"/>
            <w:r>
              <w:rPr>
                <w:b/>
                <w:sz w:val="21"/>
              </w:rPr>
              <w:t>調査への同意</w:t>
            </w:r>
            <w:proofErr w:type="spellEnd"/>
          </w:p>
        </w:tc>
        <w:tc>
          <w:tcPr>
            <w:tcW w:w="6520" w:type="dxa"/>
            <w:vAlign w:val="center"/>
          </w:tcPr>
          <w:p w14:paraId="7EEC0BB7" w14:textId="77777777" w:rsidR="00C552B8" w:rsidRDefault="00634CA1">
            <w:pPr>
              <w:rPr>
                <w:lang w:eastAsia="ja-JP"/>
              </w:rPr>
            </w:pPr>
            <w:r>
              <w:rPr>
                <w:sz w:val="21"/>
                <w:lang w:eastAsia="ja-JP"/>
              </w:rPr>
              <w:t>□　市が資格要件の確認に必要な範囲で関係機関等に照会・確認を行うことについて同意します。</w:t>
            </w:r>
          </w:p>
        </w:tc>
      </w:tr>
    </w:tbl>
    <w:p w14:paraId="1B969033" w14:textId="77777777" w:rsidR="00C552B8" w:rsidRDefault="00634CA1">
      <w:pPr>
        <w:spacing w:before="200"/>
        <w:rPr>
          <w:lang w:eastAsia="ja-JP"/>
        </w:rPr>
      </w:pPr>
      <w:r>
        <w:rPr>
          <w:b/>
          <w:lang w:eastAsia="ja-JP"/>
        </w:rPr>
        <w:t>【添付書類】</w:t>
      </w:r>
    </w:p>
    <w:p w14:paraId="763FE261" w14:textId="00958CB5" w:rsidR="00C552B8" w:rsidRDefault="00634CA1" w:rsidP="00634CA1">
      <w:pPr>
        <w:ind w:left="283"/>
        <w:rPr>
          <w:lang w:eastAsia="ja-JP"/>
        </w:rPr>
      </w:pPr>
      <w:r>
        <w:rPr>
          <w:sz w:val="21"/>
          <w:lang w:eastAsia="ja-JP"/>
        </w:rPr>
        <w:t xml:space="preserve">□　</w:t>
      </w:r>
      <w:r w:rsidRPr="00634CA1">
        <w:rPr>
          <w:rFonts w:hint="eastAsia"/>
          <w:sz w:val="21"/>
          <w:lang w:eastAsia="ja-JP"/>
        </w:rPr>
        <w:t>募集要領</w:t>
      </w:r>
      <w:r w:rsidRPr="00634CA1">
        <w:rPr>
          <w:sz w:val="21"/>
          <w:lang w:eastAsia="ja-JP"/>
        </w:rPr>
        <w:t>5に定める添付書類一式</w:t>
      </w:r>
    </w:p>
    <w:sectPr w:rsidR="00C552B8"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34CA1"/>
    <w:rsid w:val="00780AB9"/>
    <w:rsid w:val="00AA1D8D"/>
    <w:rsid w:val="00B47730"/>
    <w:rsid w:val="00C552B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BCD087C"/>
  <w14:defaultImageDpi w14:val="300"/>
  <w15:docId w15:val="{5E6DFD0E-9189-422A-83F2-B8D2A85D4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ＭＳ 明朝" w:eastAsia="ＭＳ 明朝" w:hAnsi="ＭＳ 明朝"/>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144</Words>
  <Characters>826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DAS06274</cp:lastModifiedBy>
  <cp:revision>3</cp:revision>
  <dcterms:created xsi:type="dcterms:W3CDTF">2013-12-23T23:15:00Z</dcterms:created>
  <dcterms:modified xsi:type="dcterms:W3CDTF">2026-07-29T08:01:00Z</dcterms:modified>
  <cp:category/>
</cp:coreProperties>
</file>