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0EF20E" w14:textId="77777777" w:rsidR="00E957AB" w:rsidRDefault="00F51D24" w:rsidP="001C2896">
      <w:r>
        <w:rPr>
          <w:sz w:val="20"/>
        </w:rPr>
        <w:t>様式第２号（用紙　日本産業規格Ａ４判）</w:t>
      </w:r>
    </w:p>
    <w:p w14:paraId="3468CD2F" w14:textId="77777777" w:rsidR="00E957AB" w:rsidRDefault="00F51D24">
      <w:pPr>
        <w:jc w:val="center"/>
      </w:pPr>
      <w:r>
        <w:rPr>
          <w:b/>
          <w:sz w:val="32"/>
        </w:rPr>
        <w:t>保証業務概要書</w:t>
      </w:r>
    </w:p>
    <w:p w14:paraId="339440F2" w14:textId="77777777" w:rsidR="00E957AB" w:rsidRDefault="00F51D24">
      <w:pPr>
        <w:jc w:val="right"/>
      </w:pPr>
      <w:r>
        <w:t>令和　　年　　月　　日</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54"/>
        <w:gridCol w:w="7654"/>
      </w:tblGrid>
      <w:tr w:rsidR="00E957AB" w14:paraId="23F80E04" w14:textId="77777777">
        <w:trPr>
          <w:jc w:val="center"/>
        </w:trPr>
        <w:tc>
          <w:tcPr>
            <w:tcW w:w="2154" w:type="dxa"/>
            <w:shd w:val="clear" w:color="auto" w:fill="D9EAF7"/>
            <w:vAlign w:val="center"/>
          </w:tcPr>
          <w:p w14:paraId="598C51B0" w14:textId="77777777" w:rsidR="00E957AB" w:rsidRDefault="00F51D24">
            <w:r>
              <w:rPr>
                <w:b/>
                <w:sz w:val="19"/>
              </w:rPr>
              <w:t>所在地</w:t>
            </w:r>
          </w:p>
        </w:tc>
        <w:tc>
          <w:tcPr>
            <w:tcW w:w="7654" w:type="dxa"/>
            <w:vAlign w:val="center"/>
          </w:tcPr>
          <w:p w14:paraId="7726BB9B" w14:textId="77777777" w:rsidR="00E957AB" w:rsidRDefault="00E957AB"/>
        </w:tc>
      </w:tr>
      <w:tr w:rsidR="00E957AB" w14:paraId="0B0668E6" w14:textId="77777777">
        <w:trPr>
          <w:jc w:val="center"/>
        </w:trPr>
        <w:tc>
          <w:tcPr>
            <w:tcW w:w="2154" w:type="dxa"/>
            <w:shd w:val="clear" w:color="auto" w:fill="D9EAF7"/>
            <w:vAlign w:val="center"/>
          </w:tcPr>
          <w:p w14:paraId="7E3E67B9" w14:textId="77777777" w:rsidR="00E957AB" w:rsidRDefault="00F51D24">
            <w:r>
              <w:rPr>
                <w:b/>
                <w:sz w:val="19"/>
              </w:rPr>
              <w:t>商号又は名称</w:t>
            </w:r>
          </w:p>
        </w:tc>
        <w:tc>
          <w:tcPr>
            <w:tcW w:w="7654" w:type="dxa"/>
            <w:vAlign w:val="center"/>
          </w:tcPr>
          <w:p w14:paraId="3B1E0DDB" w14:textId="77777777" w:rsidR="00E957AB" w:rsidRDefault="00E957AB"/>
        </w:tc>
      </w:tr>
      <w:tr w:rsidR="00E957AB" w14:paraId="59B1ADC2" w14:textId="77777777">
        <w:trPr>
          <w:jc w:val="center"/>
        </w:trPr>
        <w:tc>
          <w:tcPr>
            <w:tcW w:w="2154" w:type="dxa"/>
            <w:shd w:val="clear" w:color="auto" w:fill="D9EAF7"/>
            <w:vAlign w:val="center"/>
          </w:tcPr>
          <w:p w14:paraId="0FF2E6F8" w14:textId="77777777" w:rsidR="00E957AB" w:rsidRDefault="00F51D24">
            <w:r>
              <w:rPr>
                <w:b/>
                <w:sz w:val="19"/>
              </w:rPr>
              <w:t>代表者職氏名</w:t>
            </w:r>
          </w:p>
        </w:tc>
        <w:tc>
          <w:tcPr>
            <w:tcW w:w="7654" w:type="dxa"/>
            <w:vAlign w:val="center"/>
          </w:tcPr>
          <w:p w14:paraId="74938066" w14:textId="77777777" w:rsidR="00E957AB" w:rsidRDefault="00E957AB"/>
        </w:tc>
      </w:tr>
      <w:tr w:rsidR="00E957AB" w14:paraId="3AE0BF79" w14:textId="77777777">
        <w:trPr>
          <w:jc w:val="center"/>
        </w:trPr>
        <w:tc>
          <w:tcPr>
            <w:tcW w:w="2154" w:type="dxa"/>
            <w:shd w:val="clear" w:color="auto" w:fill="D9EAF7"/>
            <w:vAlign w:val="center"/>
          </w:tcPr>
          <w:p w14:paraId="1063CA1D" w14:textId="77777777" w:rsidR="00E957AB" w:rsidRDefault="00F51D24">
            <w:r>
              <w:rPr>
                <w:b/>
                <w:sz w:val="19"/>
              </w:rPr>
              <w:t>担当者・連絡先</w:t>
            </w:r>
          </w:p>
        </w:tc>
        <w:tc>
          <w:tcPr>
            <w:tcW w:w="7654" w:type="dxa"/>
            <w:vAlign w:val="center"/>
          </w:tcPr>
          <w:p w14:paraId="5F4D7DD2" w14:textId="77777777" w:rsidR="00E957AB" w:rsidRDefault="00F51D24">
            <w:r>
              <w:rPr>
                <w:sz w:val="19"/>
              </w:rPr>
              <w:t xml:space="preserve">所属：　　　　　　　　　　　役職：　　　　　　　　　氏名：　　　　　　　　　</w:t>
            </w:r>
            <w:r>
              <w:rPr>
                <w:sz w:val="19"/>
              </w:rPr>
              <w:br/>
              <w:t xml:space="preserve">電話：　　　　　　　　　　　E-mail：　　　　　　　　　　　　　　</w:t>
            </w:r>
          </w:p>
        </w:tc>
      </w:tr>
    </w:tbl>
    <w:p w14:paraId="5B1E6B28" w14:textId="77777777" w:rsidR="00E957AB" w:rsidRDefault="00F51D24">
      <w:pPr>
        <w:rPr>
          <w:lang w:eastAsia="ja-JP"/>
        </w:rPr>
      </w:pPr>
      <w:r>
        <w:rPr>
          <w:i/>
          <w:lang w:eastAsia="ja-JP"/>
        </w:rPr>
        <w:t>※　「伊東市営住宅家賃等債務保証業者募集要領」４の審査に必要な事項について記載してください。</w:t>
      </w:r>
      <w:r>
        <w:rPr>
          <w:i/>
          <w:lang w:eastAsia="ja-JP"/>
        </w:rPr>
        <w:br/>
        <w:t>※　枠内に記載しきれない場合は、「別紙のとおり」と記載し、別紙を添付してください。</w:t>
      </w:r>
    </w:p>
    <w:p w14:paraId="3901D471" w14:textId="77777777" w:rsidR="00E957AB" w:rsidRDefault="00F51D24">
      <w:pPr>
        <w:rPr>
          <w:lang w:eastAsia="ja-JP"/>
        </w:rPr>
      </w:pPr>
      <w:r>
        <w:rPr>
          <w:b/>
          <w:sz w:val="24"/>
          <w:lang w:eastAsia="ja-JP"/>
        </w:rPr>
        <w:t>１　保証委託契約の対象者</w:t>
      </w:r>
    </w:p>
    <w:p w14:paraId="163FD702" w14:textId="77777777" w:rsidR="00E957AB" w:rsidRDefault="00F51D24">
      <w:pPr>
        <w:rPr>
          <w:lang w:eastAsia="ja-JP"/>
        </w:rPr>
      </w:pPr>
      <w:r>
        <w:rPr>
          <w:lang w:eastAsia="ja-JP"/>
        </w:rPr>
        <w:t>市営住宅の入居者について、年齢、世帯構成、収入状況等を踏まえ、保証委託契約の対象となる者の範囲を記載してください。</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48"/>
        <w:gridCol w:w="6860"/>
      </w:tblGrid>
      <w:tr w:rsidR="00E957AB" w14:paraId="6AA8A76D" w14:textId="77777777">
        <w:trPr>
          <w:jc w:val="center"/>
        </w:trPr>
        <w:tc>
          <w:tcPr>
            <w:tcW w:w="2948" w:type="dxa"/>
            <w:shd w:val="clear" w:color="auto" w:fill="D9EAF7"/>
            <w:vAlign w:val="center"/>
          </w:tcPr>
          <w:p w14:paraId="2A28270B" w14:textId="77777777" w:rsidR="00E957AB" w:rsidRDefault="00F51D24">
            <w:pPr>
              <w:rPr>
                <w:lang w:eastAsia="ja-JP"/>
              </w:rPr>
            </w:pPr>
            <w:r>
              <w:rPr>
                <w:b/>
                <w:sz w:val="19"/>
                <w:lang w:eastAsia="ja-JP"/>
              </w:rPr>
              <w:t>保証委託契約の対象者</w:t>
            </w:r>
          </w:p>
        </w:tc>
        <w:tc>
          <w:tcPr>
            <w:tcW w:w="6860" w:type="dxa"/>
            <w:vAlign w:val="center"/>
          </w:tcPr>
          <w:p w14:paraId="616E9721" w14:textId="77777777" w:rsidR="00E957AB" w:rsidRDefault="00E957AB">
            <w:pPr>
              <w:rPr>
                <w:lang w:eastAsia="ja-JP"/>
              </w:rPr>
            </w:pPr>
          </w:p>
        </w:tc>
      </w:tr>
      <w:tr w:rsidR="00E957AB" w14:paraId="38EC9F5D" w14:textId="77777777">
        <w:trPr>
          <w:jc w:val="center"/>
        </w:trPr>
        <w:tc>
          <w:tcPr>
            <w:tcW w:w="2948" w:type="dxa"/>
            <w:shd w:val="clear" w:color="auto" w:fill="D9EAF7"/>
            <w:vAlign w:val="center"/>
          </w:tcPr>
          <w:p w14:paraId="632BE3A7" w14:textId="77777777" w:rsidR="00E957AB" w:rsidRDefault="00F51D24">
            <w:proofErr w:type="spellStart"/>
            <w:r>
              <w:rPr>
                <w:b/>
                <w:sz w:val="19"/>
              </w:rPr>
              <w:t>対象外となる者</w:t>
            </w:r>
            <w:proofErr w:type="spellEnd"/>
          </w:p>
        </w:tc>
        <w:tc>
          <w:tcPr>
            <w:tcW w:w="6860" w:type="dxa"/>
            <w:vAlign w:val="center"/>
          </w:tcPr>
          <w:p w14:paraId="25C95C74" w14:textId="77777777" w:rsidR="00E957AB" w:rsidRDefault="00E957AB"/>
        </w:tc>
      </w:tr>
      <w:tr w:rsidR="00E957AB" w14:paraId="12A19430" w14:textId="77777777">
        <w:trPr>
          <w:jc w:val="center"/>
        </w:trPr>
        <w:tc>
          <w:tcPr>
            <w:tcW w:w="2948" w:type="dxa"/>
            <w:shd w:val="clear" w:color="auto" w:fill="D9EAF7"/>
            <w:vAlign w:val="center"/>
          </w:tcPr>
          <w:p w14:paraId="68AA88BA" w14:textId="77777777" w:rsidR="00E957AB" w:rsidRDefault="00F51D24">
            <w:pPr>
              <w:rPr>
                <w:lang w:eastAsia="ja-JP"/>
              </w:rPr>
            </w:pPr>
            <w:r>
              <w:rPr>
                <w:b/>
                <w:sz w:val="19"/>
                <w:lang w:eastAsia="ja-JP"/>
              </w:rPr>
              <w:t>対象者に関する条件・審査基準等</w:t>
            </w:r>
          </w:p>
        </w:tc>
        <w:tc>
          <w:tcPr>
            <w:tcW w:w="6860" w:type="dxa"/>
            <w:vAlign w:val="center"/>
          </w:tcPr>
          <w:p w14:paraId="714C2E85" w14:textId="77777777" w:rsidR="00E957AB" w:rsidRDefault="00E957AB">
            <w:pPr>
              <w:rPr>
                <w:lang w:eastAsia="ja-JP"/>
              </w:rPr>
            </w:pPr>
          </w:p>
        </w:tc>
      </w:tr>
      <w:tr w:rsidR="00E957AB" w14:paraId="70C677E2" w14:textId="77777777">
        <w:trPr>
          <w:jc w:val="center"/>
        </w:trPr>
        <w:tc>
          <w:tcPr>
            <w:tcW w:w="2948" w:type="dxa"/>
            <w:shd w:val="clear" w:color="auto" w:fill="D9EAF7"/>
            <w:vAlign w:val="center"/>
          </w:tcPr>
          <w:p w14:paraId="5BBEB041" w14:textId="2C99F2B6" w:rsidR="00E957AB" w:rsidRDefault="00F51D24">
            <w:proofErr w:type="spellStart"/>
            <w:r>
              <w:rPr>
                <w:b/>
                <w:sz w:val="19"/>
              </w:rPr>
              <w:t>その他</w:t>
            </w:r>
            <w:proofErr w:type="spellEnd"/>
            <w:r w:rsidR="005805B8">
              <w:rPr>
                <w:rFonts w:hint="eastAsia"/>
                <w:b/>
                <w:sz w:val="19"/>
                <w:lang w:eastAsia="ja-JP"/>
              </w:rPr>
              <w:t>特記事項</w:t>
            </w:r>
          </w:p>
        </w:tc>
        <w:tc>
          <w:tcPr>
            <w:tcW w:w="6860" w:type="dxa"/>
            <w:vAlign w:val="center"/>
          </w:tcPr>
          <w:p w14:paraId="3D7C9E02" w14:textId="77777777" w:rsidR="00E957AB" w:rsidRDefault="00E957AB"/>
        </w:tc>
      </w:tr>
    </w:tbl>
    <w:p w14:paraId="08F20C0C" w14:textId="77777777" w:rsidR="00E957AB" w:rsidRDefault="00F51D24">
      <w:pPr>
        <w:rPr>
          <w:lang w:eastAsia="ja-JP"/>
        </w:rPr>
      </w:pPr>
      <w:r>
        <w:rPr>
          <w:lang w:eastAsia="ja-JP"/>
        </w:rPr>
        <w:t>※　年齢、世帯構成、収入状況等による制限がある場合は、その内容を具体的に記載してください。</w:t>
      </w:r>
    </w:p>
    <w:p w14:paraId="48C4CE0C" w14:textId="77777777" w:rsidR="00E957AB" w:rsidRDefault="00F51D24">
      <w:pPr>
        <w:rPr>
          <w:lang w:eastAsia="ja-JP"/>
        </w:rPr>
      </w:pPr>
      <w:r>
        <w:rPr>
          <w:b/>
          <w:sz w:val="24"/>
          <w:lang w:eastAsia="ja-JP"/>
        </w:rPr>
        <w:t>２　保証料等</w:t>
      </w:r>
    </w:p>
    <w:p w14:paraId="41218A36" w14:textId="77777777" w:rsidR="00E957AB" w:rsidRDefault="00F51D24">
      <w:pPr>
        <w:rPr>
          <w:lang w:eastAsia="ja-JP"/>
        </w:rPr>
      </w:pPr>
      <w:r>
        <w:rPr>
          <w:lang w:eastAsia="ja-JP"/>
        </w:rPr>
        <w:t>保証料、継続保証料、更新料その他入居者等が負担する費用について、金額及び支払時期等を記載してください。</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00"/>
        <w:gridCol w:w="1700"/>
        <w:gridCol w:w="1700"/>
        <w:gridCol w:w="3400"/>
      </w:tblGrid>
      <w:tr w:rsidR="00E957AB" w14:paraId="05008B57" w14:textId="77777777">
        <w:trPr>
          <w:jc w:val="center"/>
        </w:trPr>
        <w:tc>
          <w:tcPr>
            <w:tcW w:w="3400" w:type="dxa"/>
            <w:shd w:val="clear" w:color="auto" w:fill="D9EAF7"/>
            <w:vAlign w:val="center"/>
          </w:tcPr>
          <w:p w14:paraId="3EC00A04" w14:textId="77777777" w:rsidR="00E957AB" w:rsidRDefault="00F51D24">
            <w:pPr>
              <w:jc w:val="center"/>
            </w:pPr>
            <w:proofErr w:type="spellStart"/>
            <w:r>
              <w:rPr>
                <w:b/>
                <w:sz w:val="19"/>
              </w:rPr>
              <w:t>項目</w:t>
            </w:r>
            <w:proofErr w:type="spellEnd"/>
          </w:p>
        </w:tc>
        <w:tc>
          <w:tcPr>
            <w:tcW w:w="3400" w:type="dxa"/>
            <w:gridSpan w:val="2"/>
            <w:shd w:val="clear" w:color="auto" w:fill="D9EAF7"/>
            <w:vAlign w:val="center"/>
          </w:tcPr>
          <w:p w14:paraId="684D1178" w14:textId="77777777" w:rsidR="00E957AB" w:rsidRDefault="00F51D24">
            <w:pPr>
              <w:jc w:val="center"/>
            </w:pPr>
            <w:r>
              <w:rPr>
                <w:b/>
                <w:sz w:val="19"/>
              </w:rPr>
              <w:t>金額（税込）</w:t>
            </w:r>
          </w:p>
        </w:tc>
        <w:tc>
          <w:tcPr>
            <w:tcW w:w="3400" w:type="dxa"/>
            <w:shd w:val="clear" w:color="auto" w:fill="D9EAF7"/>
            <w:vAlign w:val="center"/>
          </w:tcPr>
          <w:p w14:paraId="6FA41683" w14:textId="77777777" w:rsidR="00E957AB" w:rsidRDefault="00F51D24">
            <w:pPr>
              <w:jc w:val="center"/>
            </w:pPr>
            <w:r>
              <w:rPr>
                <w:b/>
                <w:sz w:val="19"/>
              </w:rPr>
              <w:t>支払時期・条件等</w:t>
            </w:r>
          </w:p>
        </w:tc>
      </w:tr>
      <w:tr w:rsidR="00E957AB" w14:paraId="52147090" w14:textId="77777777">
        <w:trPr>
          <w:jc w:val="center"/>
        </w:trPr>
        <w:tc>
          <w:tcPr>
            <w:tcW w:w="3400" w:type="dxa"/>
            <w:vAlign w:val="center"/>
          </w:tcPr>
          <w:p w14:paraId="00EE43E1" w14:textId="77777777" w:rsidR="00E957AB" w:rsidRDefault="00F51D24">
            <w:r>
              <w:rPr>
                <w:b/>
                <w:sz w:val="19"/>
              </w:rPr>
              <w:t>保証料</w:t>
            </w:r>
          </w:p>
        </w:tc>
        <w:tc>
          <w:tcPr>
            <w:tcW w:w="3400" w:type="dxa"/>
            <w:gridSpan w:val="2"/>
            <w:vAlign w:val="center"/>
          </w:tcPr>
          <w:p w14:paraId="4FAEB5DA" w14:textId="77777777" w:rsidR="00E957AB" w:rsidRDefault="00E957AB"/>
        </w:tc>
        <w:tc>
          <w:tcPr>
            <w:tcW w:w="3400" w:type="dxa"/>
            <w:vAlign w:val="center"/>
          </w:tcPr>
          <w:p w14:paraId="7C833EFD" w14:textId="77777777" w:rsidR="00E957AB" w:rsidRDefault="00E957AB"/>
        </w:tc>
      </w:tr>
      <w:tr w:rsidR="00E957AB" w14:paraId="5150DDCA" w14:textId="77777777">
        <w:trPr>
          <w:jc w:val="center"/>
        </w:trPr>
        <w:tc>
          <w:tcPr>
            <w:tcW w:w="3400" w:type="dxa"/>
            <w:vAlign w:val="center"/>
          </w:tcPr>
          <w:p w14:paraId="752F1981" w14:textId="77777777" w:rsidR="00E957AB" w:rsidRDefault="00F51D24">
            <w:r>
              <w:rPr>
                <w:b/>
                <w:sz w:val="19"/>
              </w:rPr>
              <w:t>継続保証料</w:t>
            </w:r>
          </w:p>
        </w:tc>
        <w:tc>
          <w:tcPr>
            <w:tcW w:w="3400" w:type="dxa"/>
            <w:gridSpan w:val="2"/>
            <w:vAlign w:val="center"/>
          </w:tcPr>
          <w:p w14:paraId="2AF257DC" w14:textId="77777777" w:rsidR="00E957AB" w:rsidRDefault="00E957AB"/>
        </w:tc>
        <w:tc>
          <w:tcPr>
            <w:tcW w:w="3400" w:type="dxa"/>
            <w:vAlign w:val="center"/>
          </w:tcPr>
          <w:p w14:paraId="2E215F46" w14:textId="77777777" w:rsidR="00E957AB" w:rsidRDefault="00E957AB"/>
        </w:tc>
      </w:tr>
      <w:tr w:rsidR="00E957AB" w14:paraId="25CFCE60" w14:textId="77777777">
        <w:trPr>
          <w:jc w:val="center"/>
        </w:trPr>
        <w:tc>
          <w:tcPr>
            <w:tcW w:w="3400" w:type="dxa"/>
            <w:vAlign w:val="center"/>
          </w:tcPr>
          <w:p w14:paraId="265974A9" w14:textId="77777777" w:rsidR="00E957AB" w:rsidRDefault="00F51D24">
            <w:r>
              <w:rPr>
                <w:b/>
                <w:sz w:val="19"/>
              </w:rPr>
              <w:t>更新料</w:t>
            </w:r>
          </w:p>
        </w:tc>
        <w:tc>
          <w:tcPr>
            <w:tcW w:w="3400" w:type="dxa"/>
            <w:gridSpan w:val="2"/>
            <w:vAlign w:val="center"/>
          </w:tcPr>
          <w:p w14:paraId="50DD4EE9" w14:textId="77777777" w:rsidR="00E957AB" w:rsidRDefault="00E957AB"/>
        </w:tc>
        <w:tc>
          <w:tcPr>
            <w:tcW w:w="3400" w:type="dxa"/>
            <w:vAlign w:val="center"/>
          </w:tcPr>
          <w:p w14:paraId="5529207A" w14:textId="77777777" w:rsidR="00E957AB" w:rsidRDefault="00E957AB"/>
        </w:tc>
      </w:tr>
      <w:tr w:rsidR="00E957AB" w14:paraId="704E1F73" w14:textId="77777777">
        <w:trPr>
          <w:jc w:val="center"/>
        </w:trPr>
        <w:tc>
          <w:tcPr>
            <w:tcW w:w="5100" w:type="dxa"/>
            <w:gridSpan w:val="2"/>
            <w:shd w:val="clear" w:color="auto" w:fill="D9EAF7"/>
            <w:vAlign w:val="center"/>
          </w:tcPr>
          <w:p w14:paraId="302CFB7D" w14:textId="77777777" w:rsidR="00E957AB" w:rsidRDefault="00F51D24">
            <w:pPr>
              <w:rPr>
                <w:lang w:eastAsia="ja-JP"/>
              </w:rPr>
            </w:pPr>
            <w:r>
              <w:rPr>
                <w:b/>
                <w:sz w:val="19"/>
                <w:lang w:eastAsia="ja-JP"/>
              </w:rPr>
              <w:t>その他入居者等が負担する費用</w:t>
            </w:r>
          </w:p>
        </w:tc>
        <w:tc>
          <w:tcPr>
            <w:tcW w:w="5100" w:type="dxa"/>
            <w:gridSpan w:val="2"/>
            <w:vAlign w:val="center"/>
          </w:tcPr>
          <w:p w14:paraId="48B8B03E" w14:textId="77777777" w:rsidR="00E957AB" w:rsidRDefault="00E957AB">
            <w:pPr>
              <w:rPr>
                <w:lang w:eastAsia="ja-JP"/>
              </w:rPr>
            </w:pPr>
          </w:p>
        </w:tc>
      </w:tr>
      <w:tr w:rsidR="00E957AB" w14:paraId="1467672C" w14:textId="77777777">
        <w:trPr>
          <w:jc w:val="center"/>
        </w:trPr>
        <w:tc>
          <w:tcPr>
            <w:tcW w:w="5100" w:type="dxa"/>
            <w:gridSpan w:val="2"/>
            <w:shd w:val="clear" w:color="auto" w:fill="D9EAF7"/>
            <w:vAlign w:val="center"/>
          </w:tcPr>
          <w:p w14:paraId="00197252" w14:textId="5ABA553E" w:rsidR="00E957AB" w:rsidRDefault="006A3E7F">
            <w:proofErr w:type="spellStart"/>
            <w:r>
              <w:rPr>
                <w:b/>
                <w:sz w:val="19"/>
              </w:rPr>
              <w:t>その他</w:t>
            </w:r>
            <w:proofErr w:type="spellEnd"/>
            <w:r>
              <w:rPr>
                <w:rFonts w:hint="eastAsia"/>
                <w:b/>
                <w:sz w:val="19"/>
                <w:lang w:eastAsia="ja-JP"/>
              </w:rPr>
              <w:t>特記事項</w:t>
            </w:r>
          </w:p>
        </w:tc>
        <w:tc>
          <w:tcPr>
            <w:tcW w:w="5100" w:type="dxa"/>
            <w:gridSpan w:val="2"/>
            <w:vAlign w:val="center"/>
          </w:tcPr>
          <w:p w14:paraId="6B436ADC" w14:textId="77777777" w:rsidR="00E957AB" w:rsidRDefault="00E957AB"/>
        </w:tc>
      </w:tr>
    </w:tbl>
    <w:p w14:paraId="5DEDBDCD" w14:textId="77777777" w:rsidR="00E957AB" w:rsidRDefault="00F51D24">
      <w:r>
        <w:rPr>
          <w:b/>
          <w:sz w:val="24"/>
        </w:rPr>
        <w:lastRenderedPageBreak/>
        <w:t>３　求償権の行使等</w:t>
      </w:r>
    </w:p>
    <w:p w14:paraId="049751DE" w14:textId="77777777" w:rsidR="00E957AB" w:rsidRDefault="00F51D24">
      <w:pPr>
        <w:rPr>
          <w:lang w:eastAsia="ja-JP"/>
        </w:rPr>
      </w:pPr>
      <w:r>
        <w:rPr>
          <w:lang w:eastAsia="ja-JP"/>
        </w:rPr>
        <w:t>求償権の行使及び債権回収等について、次の事項を記載してください。</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00"/>
        <w:gridCol w:w="5100"/>
      </w:tblGrid>
      <w:tr w:rsidR="00E957AB" w14:paraId="17223133" w14:textId="77777777">
        <w:trPr>
          <w:jc w:val="center"/>
        </w:trPr>
        <w:tc>
          <w:tcPr>
            <w:tcW w:w="5100" w:type="dxa"/>
            <w:shd w:val="clear" w:color="auto" w:fill="D9EAF7"/>
            <w:vAlign w:val="center"/>
          </w:tcPr>
          <w:p w14:paraId="3C2C76CF" w14:textId="77777777" w:rsidR="00E957AB" w:rsidRDefault="00F51D24">
            <w:proofErr w:type="spellStart"/>
            <w:r>
              <w:rPr>
                <w:b/>
                <w:sz w:val="19"/>
              </w:rPr>
              <w:t>求償権の行使方法</w:t>
            </w:r>
            <w:proofErr w:type="spellEnd"/>
          </w:p>
        </w:tc>
        <w:tc>
          <w:tcPr>
            <w:tcW w:w="5100" w:type="dxa"/>
            <w:vAlign w:val="center"/>
          </w:tcPr>
          <w:p w14:paraId="10D6AFC7" w14:textId="77777777" w:rsidR="00E957AB" w:rsidRDefault="00E957AB"/>
        </w:tc>
      </w:tr>
      <w:tr w:rsidR="00E957AB" w14:paraId="46BEC18D" w14:textId="77777777">
        <w:trPr>
          <w:jc w:val="center"/>
        </w:trPr>
        <w:tc>
          <w:tcPr>
            <w:tcW w:w="5100" w:type="dxa"/>
            <w:shd w:val="clear" w:color="auto" w:fill="D9EAF7"/>
            <w:vAlign w:val="center"/>
          </w:tcPr>
          <w:p w14:paraId="15C62515" w14:textId="77777777" w:rsidR="00E957AB" w:rsidRDefault="00F51D24">
            <w:pPr>
              <w:rPr>
                <w:lang w:eastAsia="ja-JP"/>
              </w:rPr>
            </w:pPr>
            <w:r>
              <w:rPr>
                <w:b/>
                <w:sz w:val="19"/>
                <w:lang w:eastAsia="ja-JP"/>
              </w:rPr>
              <w:t>訪問・電話等による連絡方法</w:t>
            </w:r>
          </w:p>
        </w:tc>
        <w:tc>
          <w:tcPr>
            <w:tcW w:w="5100" w:type="dxa"/>
            <w:vAlign w:val="center"/>
          </w:tcPr>
          <w:p w14:paraId="6D8948E7" w14:textId="77777777" w:rsidR="00E957AB" w:rsidRDefault="00E957AB">
            <w:pPr>
              <w:rPr>
                <w:lang w:eastAsia="ja-JP"/>
              </w:rPr>
            </w:pPr>
          </w:p>
        </w:tc>
      </w:tr>
      <w:tr w:rsidR="00E957AB" w14:paraId="159A099F" w14:textId="77777777">
        <w:trPr>
          <w:jc w:val="center"/>
        </w:trPr>
        <w:tc>
          <w:tcPr>
            <w:tcW w:w="5100" w:type="dxa"/>
            <w:shd w:val="clear" w:color="auto" w:fill="D9EAF7"/>
            <w:vAlign w:val="center"/>
          </w:tcPr>
          <w:p w14:paraId="1F140CFA" w14:textId="77777777" w:rsidR="00E957AB" w:rsidRDefault="00F51D24">
            <w:proofErr w:type="spellStart"/>
            <w:r>
              <w:rPr>
                <w:b/>
                <w:sz w:val="19"/>
              </w:rPr>
              <w:t>連絡時間帯</w:t>
            </w:r>
            <w:proofErr w:type="spellEnd"/>
          </w:p>
        </w:tc>
        <w:tc>
          <w:tcPr>
            <w:tcW w:w="5100" w:type="dxa"/>
            <w:vAlign w:val="center"/>
          </w:tcPr>
          <w:p w14:paraId="5F42829F" w14:textId="77777777" w:rsidR="00E957AB" w:rsidRDefault="00E957AB"/>
        </w:tc>
      </w:tr>
      <w:tr w:rsidR="00E957AB" w14:paraId="74634DA9" w14:textId="77777777">
        <w:trPr>
          <w:jc w:val="center"/>
        </w:trPr>
        <w:tc>
          <w:tcPr>
            <w:tcW w:w="5100" w:type="dxa"/>
            <w:shd w:val="clear" w:color="auto" w:fill="D9EAF7"/>
            <w:vAlign w:val="center"/>
          </w:tcPr>
          <w:p w14:paraId="516FD5E7" w14:textId="77777777" w:rsidR="00E957AB" w:rsidRDefault="00F51D24">
            <w:r>
              <w:rPr>
                <w:b/>
                <w:sz w:val="19"/>
              </w:rPr>
              <w:t>債権回収の方法</w:t>
            </w:r>
          </w:p>
        </w:tc>
        <w:tc>
          <w:tcPr>
            <w:tcW w:w="5100" w:type="dxa"/>
            <w:vAlign w:val="center"/>
          </w:tcPr>
          <w:p w14:paraId="4A6DE126" w14:textId="77777777" w:rsidR="00E957AB" w:rsidRDefault="00E957AB"/>
        </w:tc>
      </w:tr>
      <w:tr w:rsidR="00E957AB" w14:paraId="25D96C48" w14:textId="77777777">
        <w:trPr>
          <w:jc w:val="center"/>
        </w:trPr>
        <w:tc>
          <w:tcPr>
            <w:tcW w:w="5100" w:type="dxa"/>
            <w:shd w:val="clear" w:color="auto" w:fill="D9EAF7"/>
            <w:vAlign w:val="center"/>
          </w:tcPr>
          <w:p w14:paraId="20A74AF3" w14:textId="77777777" w:rsidR="00E957AB" w:rsidRDefault="00F51D24">
            <w:r>
              <w:rPr>
                <w:b/>
                <w:sz w:val="19"/>
              </w:rPr>
              <w:t>分納相談への対応</w:t>
            </w:r>
          </w:p>
        </w:tc>
        <w:tc>
          <w:tcPr>
            <w:tcW w:w="5100" w:type="dxa"/>
            <w:vAlign w:val="center"/>
          </w:tcPr>
          <w:p w14:paraId="4CF31E2C" w14:textId="77777777" w:rsidR="00E957AB" w:rsidRDefault="00E957AB"/>
        </w:tc>
      </w:tr>
      <w:tr w:rsidR="00E957AB" w14:paraId="2B535214" w14:textId="77777777">
        <w:trPr>
          <w:jc w:val="center"/>
        </w:trPr>
        <w:tc>
          <w:tcPr>
            <w:tcW w:w="5100" w:type="dxa"/>
            <w:shd w:val="clear" w:color="auto" w:fill="D9EAF7"/>
            <w:vAlign w:val="center"/>
          </w:tcPr>
          <w:p w14:paraId="211BC805" w14:textId="77777777" w:rsidR="00E957AB" w:rsidRDefault="00F51D24">
            <w:pPr>
              <w:rPr>
                <w:lang w:eastAsia="ja-JP"/>
              </w:rPr>
            </w:pPr>
            <w:r>
              <w:rPr>
                <w:b/>
                <w:sz w:val="19"/>
                <w:lang w:eastAsia="ja-JP"/>
              </w:rPr>
              <w:t>福祉制度の紹介及び関係機関へのつなぎ等</w:t>
            </w:r>
          </w:p>
        </w:tc>
        <w:tc>
          <w:tcPr>
            <w:tcW w:w="5100" w:type="dxa"/>
            <w:vAlign w:val="center"/>
          </w:tcPr>
          <w:p w14:paraId="41D534B1" w14:textId="77777777" w:rsidR="00E957AB" w:rsidRDefault="00E957AB">
            <w:pPr>
              <w:rPr>
                <w:lang w:eastAsia="ja-JP"/>
              </w:rPr>
            </w:pPr>
          </w:p>
        </w:tc>
      </w:tr>
      <w:tr w:rsidR="00E957AB" w14:paraId="7B27F604" w14:textId="77777777">
        <w:trPr>
          <w:jc w:val="center"/>
        </w:trPr>
        <w:tc>
          <w:tcPr>
            <w:tcW w:w="5100" w:type="dxa"/>
            <w:shd w:val="clear" w:color="auto" w:fill="D9EAF7"/>
            <w:vAlign w:val="center"/>
          </w:tcPr>
          <w:p w14:paraId="368092B2" w14:textId="77777777" w:rsidR="00E957AB" w:rsidRDefault="00F51D24">
            <w:pPr>
              <w:rPr>
                <w:lang w:eastAsia="ja-JP"/>
              </w:rPr>
            </w:pPr>
            <w:r>
              <w:rPr>
                <w:b/>
                <w:sz w:val="19"/>
                <w:lang w:eastAsia="ja-JP"/>
              </w:rPr>
              <w:t>その他、入居者等に配慮する事項</w:t>
            </w:r>
          </w:p>
        </w:tc>
        <w:tc>
          <w:tcPr>
            <w:tcW w:w="5100" w:type="dxa"/>
            <w:vAlign w:val="center"/>
          </w:tcPr>
          <w:p w14:paraId="7D8890CD" w14:textId="77777777" w:rsidR="00E957AB" w:rsidRDefault="00E957AB">
            <w:pPr>
              <w:rPr>
                <w:lang w:eastAsia="ja-JP"/>
              </w:rPr>
            </w:pPr>
          </w:p>
        </w:tc>
      </w:tr>
    </w:tbl>
    <w:p w14:paraId="4715E6DF" w14:textId="77777777" w:rsidR="00E957AB" w:rsidRDefault="00F51D24">
      <w:pPr>
        <w:rPr>
          <w:lang w:eastAsia="ja-JP"/>
        </w:rPr>
      </w:pPr>
      <w:r>
        <w:rPr>
          <w:b/>
          <w:lang w:eastAsia="ja-JP"/>
        </w:rPr>
        <w:t>【確認事項】</w:t>
      </w:r>
      <w:r>
        <w:rPr>
          <w:lang w:eastAsia="ja-JP"/>
        </w:rPr>
        <w:t xml:space="preserve">　求償権の行使に際して、利息及びその他の手数料を徴収しないことについて確認してください。</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00"/>
        <w:gridCol w:w="5100"/>
      </w:tblGrid>
      <w:tr w:rsidR="00E957AB" w14:paraId="6E0E8E5A" w14:textId="77777777">
        <w:trPr>
          <w:jc w:val="center"/>
        </w:trPr>
        <w:tc>
          <w:tcPr>
            <w:tcW w:w="5100" w:type="dxa"/>
            <w:shd w:val="clear" w:color="auto" w:fill="D9EAF7"/>
            <w:vAlign w:val="center"/>
          </w:tcPr>
          <w:p w14:paraId="2E46D6C0" w14:textId="77777777" w:rsidR="00E957AB" w:rsidRDefault="00F51D24">
            <w:pPr>
              <w:jc w:val="center"/>
            </w:pPr>
            <w:proofErr w:type="spellStart"/>
            <w:r>
              <w:rPr>
                <w:b/>
                <w:sz w:val="19"/>
              </w:rPr>
              <w:t>確認</w:t>
            </w:r>
            <w:proofErr w:type="spellEnd"/>
          </w:p>
        </w:tc>
        <w:tc>
          <w:tcPr>
            <w:tcW w:w="5100" w:type="dxa"/>
            <w:vAlign w:val="center"/>
          </w:tcPr>
          <w:p w14:paraId="6EA94024" w14:textId="77777777" w:rsidR="00E957AB" w:rsidRDefault="00F51D24">
            <w:r>
              <w:rPr>
                <w:sz w:val="19"/>
              </w:rPr>
              <w:t>□　確認しました。</w:t>
            </w:r>
          </w:p>
        </w:tc>
      </w:tr>
    </w:tbl>
    <w:p w14:paraId="3F77F47A" w14:textId="77777777" w:rsidR="00E957AB" w:rsidRDefault="00F51D24">
      <w:pPr>
        <w:rPr>
          <w:lang w:eastAsia="ja-JP"/>
        </w:rPr>
      </w:pPr>
      <w:r>
        <w:rPr>
          <w:b/>
          <w:sz w:val="24"/>
          <w:lang w:eastAsia="ja-JP"/>
        </w:rPr>
        <w:t>４　公営住宅における地方公共団体との協定実績</w:t>
      </w:r>
    </w:p>
    <w:p w14:paraId="77EAC7CE" w14:textId="77777777" w:rsidR="00E957AB" w:rsidRDefault="00F51D24">
      <w:pPr>
        <w:rPr>
          <w:lang w:eastAsia="ja-JP"/>
        </w:rPr>
      </w:pPr>
      <w:r>
        <w:rPr>
          <w:lang w:eastAsia="ja-JP"/>
        </w:rPr>
        <w:t>公営住宅の家賃等に係る債務保証業務について、地方公共団体と締結した協定の実績を記載してください。</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00"/>
        <w:gridCol w:w="1700"/>
        <w:gridCol w:w="1700"/>
        <w:gridCol w:w="1700"/>
        <w:gridCol w:w="1700"/>
        <w:gridCol w:w="1700"/>
      </w:tblGrid>
      <w:tr w:rsidR="00E957AB" w14:paraId="42CA927C" w14:textId="77777777">
        <w:trPr>
          <w:jc w:val="center"/>
        </w:trPr>
        <w:tc>
          <w:tcPr>
            <w:tcW w:w="1700" w:type="dxa"/>
            <w:shd w:val="clear" w:color="auto" w:fill="D9EAF7"/>
            <w:vAlign w:val="center"/>
          </w:tcPr>
          <w:p w14:paraId="050021BA" w14:textId="77777777" w:rsidR="00E957AB" w:rsidRDefault="00F51D24">
            <w:pPr>
              <w:jc w:val="center"/>
            </w:pPr>
            <w:r>
              <w:rPr>
                <w:b/>
                <w:sz w:val="19"/>
              </w:rPr>
              <w:t>No.</w:t>
            </w:r>
          </w:p>
        </w:tc>
        <w:tc>
          <w:tcPr>
            <w:tcW w:w="1700" w:type="dxa"/>
            <w:shd w:val="clear" w:color="auto" w:fill="D9EAF7"/>
            <w:vAlign w:val="center"/>
          </w:tcPr>
          <w:p w14:paraId="711A81A8" w14:textId="77777777" w:rsidR="00E957AB" w:rsidRDefault="00F51D24">
            <w:pPr>
              <w:jc w:val="center"/>
            </w:pPr>
            <w:r>
              <w:rPr>
                <w:b/>
                <w:sz w:val="19"/>
              </w:rPr>
              <w:t>地方公共団体名</w:t>
            </w:r>
          </w:p>
        </w:tc>
        <w:tc>
          <w:tcPr>
            <w:tcW w:w="1700" w:type="dxa"/>
            <w:shd w:val="clear" w:color="auto" w:fill="D9EAF7"/>
            <w:vAlign w:val="center"/>
          </w:tcPr>
          <w:p w14:paraId="20ED06DD" w14:textId="10926141" w:rsidR="00E957AB" w:rsidRDefault="00F51D24">
            <w:pPr>
              <w:jc w:val="center"/>
            </w:pPr>
            <w:proofErr w:type="spellStart"/>
            <w:r>
              <w:rPr>
                <w:b/>
                <w:sz w:val="19"/>
              </w:rPr>
              <w:t>協定</w:t>
            </w:r>
            <w:proofErr w:type="spellEnd"/>
            <w:r w:rsidR="005805B8">
              <w:rPr>
                <w:rFonts w:hint="eastAsia"/>
                <w:b/>
                <w:sz w:val="19"/>
                <w:lang w:eastAsia="ja-JP"/>
              </w:rPr>
              <w:t>期間</w:t>
            </w:r>
          </w:p>
        </w:tc>
        <w:tc>
          <w:tcPr>
            <w:tcW w:w="1700" w:type="dxa"/>
            <w:shd w:val="clear" w:color="auto" w:fill="D9EAF7"/>
            <w:vAlign w:val="center"/>
          </w:tcPr>
          <w:p w14:paraId="402D1770" w14:textId="77777777" w:rsidR="00E957AB" w:rsidRDefault="00F51D24">
            <w:pPr>
              <w:jc w:val="center"/>
              <w:rPr>
                <w:lang w:eastAsia="ja-JP"/>
              </w:rPr>
            </w:pPr>
            <w:r>
              <w:rPr>
                <w:b/>
                <w:sz w:val="19"/>
                <w:lang w:eastAsia="ja-JP"/>
              </w:rPr>
              <w:t>対象となった公営住宅の規模</w:t>
            </w:r>
          </w:p>
        </w:tc>
        <w:tc>
          <w:tcPr>
            <w:tcW w:w="1700" w:type="dxa"/>
            <w:shd w:val="clear" w:color="auto" w:fill="D9EAF7"/>
            <w:vAlign w:val="center"/>
          </w:tcPr>
          <w:p w14:paraId="1CE904A6" w14:textId="77777777" w:rsidR="00E957AB" w:rsidRDefault="00F51D24">
            <w:pPr>
              <w:jc w:val="center"/>
            </w:pPr>
            <w:proofErr w:type="spellStart"/>
            <w:r>
              <w:rPr>
                <w:b/>
                <w:sz w:val="19"/>
              </w:rPr>
              <w:t>業務内容</w:t>
            </w:r>
            <w:proofErr w:type="spellEnd"/>
          </w:p>
        </w:tc>
        <w:tc>
          <w:tcPr>
            <w:tcW w:w="1700" w:type="dxa"/>
            <w:shd w:val="clear" w:color="auto" w:fill="D9EAF7"/>
            <w:vAlign w:val="center"/>
          </w:tcPr>
          <w:p w14:paraId="3264096E" w14:textId="77777777" w:rsidR="00E957AB" w:rsidRDefault="00F51D24">
            <w:pPr>
              <w:jc w:val="center"/>
            </w:pPr>
            <w:r>
              <w:rPr>
                <w:b/>
                <w:sz w:val="19"/>
              </w:rPr>
              <w:t>実施期間</w:t>
            </w:r>
          </w:p>
        </w:tc>
      </w:tr>
      <w:tr w:rsidR="00E957AB" w14:paraId="1749D780" w14:textId="77777777">
        <w:trPr>
          <w:jc w:val="center"/>
        </w:trPr>
        <w:tc>
          <w:tcPr>
            <w:tcW w:w="1700" w:type="dxa"/>
            <w:vAlign w:val="center"/>
          </w:tcPr>
          <w:p w14:paraId="70626A7F" w14:textId="77777777" w:rsidR="00E957AB" w:rsidRDefault="00F51D24">
            <w:pPr>
              <w:jc w:val="center"/>
            </w:pPr>
            <w:r>
              <w:rPr>
                <w:sz w:val="19"/>
              </w:rPr>
              <w:t>1</w:t>
            </w:r>
          </w:p>
        </w:tc>
        <w:tc>
          <w:tcPr>
            <w:tcW w:w="1700" w:type="dxa"/>
            <w:vAlign w:val="center"/>
          </w:tcPr>
          <w:p w14:paraId="0A9C86F9" w14:textId="77777777" w:rsidR="00E957AB" w:rsidRDefault="00E957AB"/>
        </w:tc>
        <w:tc>
          <w:tcPr>
            <w:tcW w:w="1700" w:type="dxa"/>
            <w:vAlign w:val="center"/>
          </w:tcPr>
          <w:p w14:paraId="31F2A33F" w14:textId="77777777" w:rsidR="00E957AB" w:rsidRDefault="00E957AB"/>
        </w:tc>
        <w:tc>
          <w:tcPr>
            <w:tcW w:w="1700" w:type="dxa"/>
            <w:vAlign w:val="center"/>
          </w:tcPr>
          <w:p w14:paraId="446D88D8" w14:textId="77777777" w:rsidR="00E957AB" w:rsidRDefault="00E957AB"/>
        </w:tc>
        <w:tc>
          <w:tcPr>
            <w:tcW w:w="1700" w:type="dxa"/>
            <w:vAlign w:val="center"/>
          </w:tcPr>
          <w:p w14:paraId="3927A1F5" w14:textId="77777777" w:rsidR="00E957AB" w:rsidRDefault="00E957AB"/>
        </w:tc>
        <w:tc>
          <w:tcPr>
            <w:tcW w:w="1700" w:type="dxa"/>
            <w:vAlign w:val="center"/>
          </w:tcPr>
          <w:p w14:paraId="407D0587" w14:textId="77777777" w:rsidR="00E957AB" w:rsidRDefault="00E957AB"/>
        </w:tc>
      </w:tr>
      <w:tr w:rsidR="00E957AB" w14:paraId="682F15B5" w14:textId="77777777">
        <w:trPr>
          <w:jc w:val="center"/>
        </w:trPr>
        <w:tc>
          <w:tcPr>
            <w:tcW w:w="1700" w:type="dxa"/>
            <w:vAlign w:val="center"/>
          </w:tcPr>
          <w:p w14:paraId="06DCF99C" w14:textId="77777777" w:rsidR="00E957AB" w:rsidRDefault="00F51D24">
            <w:pPr>
              <w:jc w:val="center"/>
            </w:pPr>
            <w:r>
              <w:rPr>
                <w:sz w:val="19"/>
              </w:rPr>
              <w:t>2</w:t>
            </w:r>
          </w:p>
        </w:tc>
        <w:tc>
          <w:tcPr>
            <w:tcW w:w="1700" w:type="dxa"/>
            <w:vAlign w:val="center"/>
          </w:tcPr>
          <w:p w14:paraId="66607A4F" w14:textId="77777777" w:rsidR="00E957AB" w:rsidRDefault="00E957AB"/>
        </w:tc>
        <w:tc>
          <w:tcPr>
            <w:tcW w:w="1700" w:type="dxa"/>
            <w:vAlign w:val="center"/>
          </w:tcPr>
          <w:p w14:paraId="1E412216" w14:textId="77777777" w:rsidR="00E957AB" w:rsidRDefault="00E957AB"/>
        </w:tc>
        <w:tc>
          <w:tcPr>
            <w:tcW w:w="1700" w:type="dxa"/>
            <w:vAlign w:val="center"/>
          </w:tcPr>
          <w:p w14:paraId="43C5635C" w14:textId="77777777" w:rsidR="00E957AB" w:rsidRDefault="00E957AB"/>
        </w:tc>
        <w:tc>
          <w:tcPr>
            <w:tcW w:w="1700" w:type="dxa"/>
            <w:vAlign w:val="center"/>
          </w:tcPr>
          <w:p w14:paraId="06819133" w14:textId="77777777" w:rsidR="00E957AB" w:rsidRDefault="00E957AB"/>
        </w:tc>
        <w:tc>
          <w:tcPr>
            <w:tcW w:w="1700" w:type="dxa"/>
            <w:vAlign w:val="center"/>
          </w:tcPr>
          <w:p w14:paraId="33ABFDA9" w14:textId="77777777" w:rsidR="00E957AB" w:rsidRDefault="00E957AB"/>
        </w:tc>
      </w:tr>
      <w:tr w:rsidR="00E957AB" w14:paraId="2780587A" w14:textId="77777777">
        <w:trPr>
          <w:jc w:val="center"/>
        </w:trPr>
        <w:tc>
          <w:tcPr>
            <w:tcW w:w="1700" w:type="dxa"/>
            <w:vAlign w:val="center"/>
          </w:tcPr>
          <w:p w14:paraId="7160AE5F" w14:textId="77777777" w:rsidR="00E957AB" w:rsidRDefault="00F51D24">
            <w:pPr>
              <w:jc w:val="center"/>
            </w:pPr>
            <w:r>
              <w:rPr>
                <w:sz w:val="19"/>
              </w:rPr>
              <w:t>3</w:t>
            </w:r>
          </w:p>
        </w:tc>
        <w:tc>
          <w:tcPr>
            <w:tcW w:w="1700" w:type="dxa"/>
            <w:vAlign w:val="center"/>
          </w:tcPr>
          <w:p w14:paraId="250E68C0" w14:textId="77777777" w:rsidR="00E957AB" w:rsidRDefault="00E957AB"/>
        </w:tc>
        <w:tc>
          <w:tcPr>
            <w:tcW w:w="1700" w:type="dxa"/>
            <w:vAlign w:val="center"/>
          </w:tcPr>
          <w:p w14:paraId="34D55981" w14:textId="77777777" w:rsidR="00E957AB" w:rsidRDefault="00E957AB"/>
        </w:tc>
        <w:tc>
          <w:tcPr>
            <w:tcW w:w="1700" w:type="dxa"/>
            <w:vAlign w:val="center"/>
          </w:tcPr>
          <w:p w14:paraId="77D775D6" w14:textId="77777777" w:rsidR="00E957AB" w:rsidRDefault="00E957AB"/>
        </w:tc>
        <w:tc>
          <w:tcPr>
            <w:tcW w:w="1700" w:type="dxa"/>
            <w:vAlign w:val="center"/>
          </w:tcPr>
          <w:p w14:paraId="1FD099FD" w14:textId="77777777" w:rsidR="00E957AB" w:rsidRDefault="00E957AB"/>
        </w:tc>
        <w:tc>
          <w:tcPr>
            <w:tcW w:w="1700" w:type="dxa"/>
            <w:vAlign w:val="center"/>
          </w:tcPr>
          <w:p w14:paraId="20B05382" w14:textId="77777777" w:rsidR="00E957AB" w:rsidRDefault="00E957AB"/>
        </w:tc>
      </w:tr>
      <w:tr w:rsidR="00E957AB" w14:paraId="1BF85778" w14:textId="77777777">
        <w:trPr>
          <w:jc w:val="center"/>
        </w:trPr>
        <w:tc>
          <w:tcPr>
            <w:tcW w:w="1700" w:type="dxa"/>
            <w:vAlign w:val="center"/>
          </w:tcPr>
          <w:p w14:paraId="01CF0748" w14:textId="77777777" w:rsidR="00E957AB" w:rsidRDefault="00F51D24">
            <w:pPr>
              <w:jc w:val="center"/>
            </w:pPr>
            <w:r>
              <w:rPr>
                <w:sz w:val="19"/>
              </w:rPr>
              <w:t>4</w:t>
            </w:r>
          </w:p>
        </w:tc>
        <w:tc>
          <w:tcPr>
            <w:tcW w:w="1700" w:type="dxa"/>
            <w:vAlign w:val="center"/>
          </w:tcPr>
          <w:p w14:paraId="7E570927" w14:textId="77777777" w:rsidR="00E957AB" w:rsidRDefault="00E957AB"/>
        </w:tc>
        <w:tc>
          <w:tcPr>
            <w:tcW w:w="1700" w:type="dxa"/>
            <w:vAlign w:val="center"/>
          </w:tcPr>
          <w:p w14:paraId="6C071F9E" w14:textId="77777777" w:rsidR="00E957AB" w:rsidRDefault="00E957AB"/>
        </w:tc>
        <w:tc>
          <w:tcPr>
            <w:tcW w:w="1700" w:type="dxa"/>
            <w:vAlign w:val="center"/>
          </w:tcPr>
          <w:p w14:paraId="6854EA4E" w14:textId="77777777" w:rsidR="00E957AB" w:rsidRDefault="00E957AB"/>
        </w:tc>
        <w:tc>
          <w:tcPr>
            <w:tcW w:w="1700" w:type="dxa"/>
            <w:vAlign w:val="center"/>
          </w:tcPr>
          <w:p w14:paraId="1CADA08F" w14:textId="77777777" w:rsidR="00E957AB" w:rsidRDefault="00E957AB"/>
        </w:tc>
        <w:tc>
          <w:tcPr>
            <w:tcW w:w="1700" w:type="dxa"/>
            <w:vAlign w:val="center"/>
          </w:tcPr>
          <w:p w14:paraId="4BF548D8" w14:textId="77777777" w:rsidR="00E957AB" w:rsidRDefault="00E957AB"/>
        </w:tc>
      </w:tr>
      <w:tr w:rsidR="00E957AB" w14:paraId="6E9809B8" w14:textId="77777777">
        <w:trPr>
          <w:jc w:val="center"/>
        </w:trPr>
        <w:tc>
          <w:tcPr>
            <w:tcW w:w="1700" w:type="dxa"/>
            <w:vAlign w:val="center"/>
          </w:tcPr>
          <w:p w14:paraId="214057A2" w14:textId="77777777" w:rsidR="00E957AB" w:rsidRDefault="00F51D24">
            <w:pPr>
              <w:jc w:val="center"/>
            </w:pPr>
            <w:r>
              <w:rPr>
                <w:sz w:val="19"/>
              </w:rPr>
              <w:t>5</w:t>
            </w:r>
          </w:p>
        </w:tc>
        <w:tc>
          <w:tcPr>
            <w:tcW w:w="1700" w:type="dxa"/>
            <w:vAlign w:val="center"/>
          </w:tcPr>
          <w:p w14:paraId="3C6EAECE" w14:textId="77777777" w:rsidR="00E957AB" w:rsidRDefault="00E957AB"/>
        </w:tc>
        <w:tc>
          <w:tcPr>
            <w:tcW w:w="1700" w:type="dxa"/>
            <w:vAlign w:val="center"/>
          </w:tcPr>
          <w:p w14:paraId="7D34DD37" w14:textId="77777777" w:rsidR="00E957AB" w:rsidRDefault="00E957AB"/>
        </w:tc>
        <w:tc>
          <w:tcPr>
            <w:tcW w:w="1700" w:type="dxa"/>
            <w:vAlign w:val="center"/>
          </w:tcPr>
          <w:p w14:paraId="701772A6" w14:textId="77777777" w:rsidR="00E957AB" w:rsidRDefault="00E957AB"/>
        </w:tc>
        <w:tc>
          <w:tcPr>
            <w:tcW w:w="1700" w:type="dxa"/>
            <w:vAlign w:val="center"/>
          </w:tcPr>
          <w:p w14:paraId="4E964B41" w14:textId="77777777" w:rsidR="00E957AB" w:rsidRDefault="00E957AB"/>
        </w:tc>
        <w:tc>
          <w:tcPr>
            <w:tcW w:w="1700" w:type="dxa"/>
            <w:vAlign w:val="center"/>
          </w:tcPr>
          <w:p w14:paraId="76D1EDAD" w14:textId="77777777" w:rsidR="00E957AB" w:rsidRDefault="00E957AB"/>
        </w:tc>
      </w:tr>
    </w:tbl>
    <w:p w14:paraId="59B9CC0E" w14:textId="77777777" w:rsidR="00E957AB" w:rsidRDefault="00F51D24">
      <w:pPr>
        <w:rPr>
          <w:lang w:eastAsia="ja-JP"/>
        </w:rPr>
      </w:pPr>
      <w:r>
        <w:rPr>
          <w:lang w:eastAsia="ja-JP"/>
        </w:rPr>
        <w:t>※　協定実績が複数ある場合は、必要に応じて行を追加してください。</w:t>
      </w:r>
    </w:p>
    <w:p w14:paraId="47D62ACC" w14:textId="77777777" w:rsidR="00E957AB" w:rsidRDefault="00F51D24">
      <w:pPr>
        <w:rPr>
          <w:lang w:eastAsia="ja-JP"/>
        </w:rPr>
      </w:pPr>
      <w:r>
        <w:rPr>
          <w:b/>
          <w:sz w:val="24"/>
          <w:lang w:eastAsia="ja-JP"/>
        </w:rPr>
        <w:t>５　経営状況</w:t>
      </w:r>
    </w:p>
    <w:p w14:paraId="7E34BBA8" w14:textId="77777777" w:rsidR="00E957AB" w:rsidRDefault="00F51D24">
      <w:pPr>
        <w:rPr>
          <w:lang w:eastAsia="ja-JP"/>
        </w:rPr>
      </w:pPr>
      <w:r>
        <w:rPr>
          <w:lang w:eastAsia="ja-JP"/>
        </w:rPr>
        <w:t>直近の決算状況等を踏まえ、安定した事業運営及び継続的な保証業務の実施が可能であることについて、必要な事項を記載してください。</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00"/>
        <w:gridCol w:w="5100"/>
      </w:tblGrid>
      <w:tr w:rsidR="00E957AB" w14:paraId="13F3AE54" w14:textId="77777777">
        <w:trPr>
          <w:jc w:val="center"/>
        </w:trPr>
        <w:tc>
          <w:tcPr>
            <w:tcW w:w="5100" w:type="dxa"/>
            <w:shd w:val="clear" w:color="auto" w:fill="D9EAF7"/>
            <w:vAlign w:val="center"/>
          </w:tcPr>
          <w:p w14:paraId="48101D48" w14:textId="77777777" w:rsidR="00E957AB" w:rsidRDefault="00F51D24">
            <w:pPr>
              <w:rPr>
                <w:lang w:eastAsia="ja-JP"/>
              </w:rPr>
            </w:pPr>
            <w:r>
              <w:rPr>
                <w:b/>
                <w:sz w:val="19"/>
                <w:lang w:eastAsia="ja-JP"/>
              </w:rPr>
              <w:t>経営状況に関する説明</w:t>
            </w:r>
          </w:p>
        </w:tc>
        <w:tc>
          <w:tcPr>
            <w:tcW w:w="5100" w:type="dxa"/>
            <w:vAlign w:val="center"/>
          </w:tcPr>
          <w:p w14:paraId="2D4039BC" w14:textId="77777777" w:rsidR="00E957AB" w:rsidRDefault="00E957AB">
            <w:pPr>
              <w:rPr>
                <w:lang w:eastAsia="ja-JP"/>
              </w:rPr>
            </w:pPr>
          </w:p>
        </w:tc>
      </w:tr>
      <w:tr w:rsidR="00E957AB" w14:paraId="5202A89C" w14:textId="77777777">
        <w:trPr>
          <w:jc w:val="center"/>
        </w:trPr>
        <w:tc>
          <w:tcPr>
            <w:tcW w:w="5100" w:type="dxa"/>
            <w:shd w:val="clear" w:color="auto" w:fill="D9EAF7"/>
            <w:vAlign w:val="center"/>
          </w:tcPr>
          <w:p w14:paraId="06737581" w14:textId="740FCC81" w:rsidR="00E957AB" w:rsidRDefault="006A3E7F">
            <w:proofErr w:type="spellStart"/>
            <w:r>
              <w:rPr>
                <w:b/>
                <w:sz w:val="19"/>
              </w:rPr>
              <w:t>その他</w:t>
            </w:r>
            <w:proofErr w:type="spellEnd"/>
            <w:r>
              <w:rPr>
                <w:rFonts w:hint="eastAsia"/>
                <w:b/>
                <w:sz w:val="19"/>
                <w:lang w:eastAsia="ja-JP"/>
              </w:rPr>
              <w:t>特記事項</w:t>
            </w:r>
          </w:p>
        </w:tc>
        <w:tc>
          <w:tcPr>
            <w:tcW w:w="5100" w:type="dxa"/>
            <w:vAlign w:val="center"/>
          </w:tcPr>
          <w:p w14:paraId="166F970E" w14:textId="77777777" w:rsidR="00E957AB" w:rsidRDefault="00E957AB"/>
        </w:tc>
      </w:tr>
    </w:tbl>
    <w:p w14:paraId="4B0B4F2C" w14:textId="77777777" w:rsidR="00E957AB" w:rsidRDefault="00F51D24">
      <w:r>
        <w:rPr>
          <w:b/>
          <w:sz w:val="24"/>
        </w:rPr>
        <w:lastRenderedPageBreak/>
        <w:t>６　その他</w:t>
      </w:r>
    </w:p>
    <w:p w14:paraId="0BE93769" w14:textId="52D33ADE" w:rsidR="00E957AB" w:rsidRDefault="00F51D24">
      <w:pPr>
        <w:rPr>
          <w:lang w:eastAsia="ja-JP"/>
        </w:rPr>
      </w:pPr>
      <w:r>
        <w:rPr>
          <w:lang w:eastAsia="ja-JP"/>
        </w:rPr>
        <w:t>保証委託契約及び保証業務に関して、</w:t>
      </w:r>
      <w:r w:rsidR="006A3E7F" w:rsidRPr="006A3E7F">
        <w:rPr>
          <w:rFonts w:hint="eastAsia"/>
          <w:lang w:eastAsia="ja-JP"/>
        </w:rPr>
        <w:t>市営住宅の入居者等に対するサービスその他特に提案したい事項</w:t>
      </w:r>
      <w:r>
        <w:rPr>
          <w:lang w:eastAsia="ja-JP"/>
        </w:rPr>
        <w:t>があれば記載してください。</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00"/>
      </w:tblGrid>
      <w:tr w:rsidR="00E957AB" w14:paraId="3CB5D26D" w14:textId="77777777">
        <w:trPr>
          <w:jc w:val="center"/>
        </w:trPr>
        <w:tc>
          <w:tcPr>
            <w:tcW w:w="10200" w:type="dxa"/>
            <w:vAlign w:val="center"/>
          </w:tcPr>
          <w:p w14:paraId="0CFF6441" w14:textId="77777777" w:rsidR="00E957AB" w:rsidRDefault="00E957AB">
            <w:pPr>
              <w:rPr>
                <w:lang w:eastAsia="ja-JP"/>
              </w:rPr>
            </w:pPr>
            <w:bookmarkStart w:id="0" w:name="_Hlk236230890"/>
          </w:p>
        </w:tc>
      </w:tr>
    </w:tbl>
    <w:bookmarkEnd w:id="0"/>
    <w:p w14:paraId="26567E02" w14:textId="2CC0ADFF" w:rsidR="00E957AB" w:rsidRDefault="00F51D24">
      <w:pPr>
        <w:rPr>
          <w:lang w:eastAsia="ja-JP"/>
        </w:rPr>
      </w:pPr>
      <w:r>
        <w:rPr>
          <w:b/>
          <w:lang w:eastAsia="ja-JP"/>
        </w:rPr>
        <w:t>【添付資料】</w:t>
      </w:r>
      <w:r>
        <w:rPr>
          <w:lang w:eastAsia="ja-JP"/>
        </w:rPr>
        <w:t xml:space="preserve">　保証委託契約書、重要事項説明書その他契約関係書類の案を添付してください。</w:t>
      </w:r>
    </w:p>
    <w:p w14:paraId="76DFD6AA" w14:textId="3A25AA4B" w:rsidR="00F51D24" w:rsidRDefault="00F51D24">
      <w:pPr>
        <w:rPr>
          <w:lang w:eastAsia="ja-JP"/>
        </w:rPr>
      </w:pPr>
    </w:p>
    <w:p w14:paraId="5226B479" w14:textId="47E8DCB6" w:rsidR="00F51D24" w:rsidRDefault="006A3E7F" w:rsidP="00F51D24">
      <w:pPr>
        <w:rPr>
          <w:lang w:eastAsia="ja-JP"/>
        </w:rPr>
      </w:pPr>
      <w:r>
        <w:rPr>
          <w:rFonts w:hint="eastAsia"/>
          <w:b/>
          <w:sz w:val="24"/>
          <w:lang w:eastAsia="ja-JP"/>
        </w:rPr>
        <w:t>７</w:t>
      </w:r>
      <w:r w:rsidR="00F51D24">
        <w:rPr>
          <w:b/>
          <w:sz w:val="24"/>
          <w:lang w:eastAsia="ja-JP"/>
        </w:rPr>
        <w:t xml:space="preserve">　</w:t>
      </w:r>
      <w:r w:rsidR="00F51D24">
        <w:rPr>
          <w:rFonts w:hint="eastAsia"/>
          <w:b/>
          <w:sz w:val="24"/>
          <w:lang w:eastAsia="ja-JP"/>
        </w:rPr>
        <w:t>個人情報の保護及び安全管理</w:t>
      </w:r>
    </w:p>
    <w:p w14:paraId="2D31D259" w14:textId="77777777" w:rsidR="00F51D24" w:rsidRDefault="00F51D24" w:rsidP="00F51D24">
      <w:pPr>
        <w:rPr>
          <w:lang w:eastAsia="ja-JP"/>
        </w:rPr>
      </w:pPr>
      <w:r>
        <w:rPr>
          <w:rFonts w:hint="eastAsia"/>
          <w:lang w:eastAsia="ja-JP"/>
        </w:rPr>
        <w:t>取得している認証又は実施している安全管理措置について記載してください。</w:t>
      </w:r>
    </w:p>
    <w:p w14:paraId="4691762B" w14:textId="19508179" w:rsidR="00F51D24" w:rsidRDefault="00F51D24" w:rsidP="00F51D24">
      <w:pPr>
        <w:rPr>
          <w:lang w:eastAsia="ja-JP"/>
        </w:rPr>
      </w:pPr>
      <w:r>
        <w:rPr>
          <w:rFonts w:hint="eastAsia"/>
          <w:lang w:eastAsia="ja-JP"/>
        </w:rPr>
        <w:t>□</w:t>
      </w:r>
      <w:r>
        <w:rPr>
          <w:lang w:eastAsia="ja-JP"/>
        </w:rPr>
        <w:t xml:space="preserve"> ISMS認証</w:t>
      </w:r>
    </w:p>
    <w:p w14:paraId="24A7A4C4" w14:textId="4083BEB9" w:rsidR="00F51D24" w:rsidRDefault="00F51D24" w:rsidP="00F51D24">
      <w:pPr>
        <w:rPr>
          <w:lang w:eastAsia="ja-JP"/>
        </w:rPr>
      </w:pPr>
      <w:r>
        <w:rPr>
          <w:rFonts w:hint="eastAsia"/>
          <w:lang w:eastAsia="ja-JP"/>
        </w:rPr>
        <w:t>□</w:t>
      </w:r>
      <w:r>
        <w:rPr>
          <w:lang w:eastAsia="ja-JP"/>
        </w:rPr>
        <w:t xml:space="preserve"> プライバシーマーク</w:t>
      </w:r>
    </w:p>
    <w:p w14:paraId="6FFE1D2E" w14:textId="3A60CE78" w:rsidR="00F51D24" w:rsidRDefault="00F51D24" w:rsidP="00F51D24">
      <w:pPr>
        <w:rPr>
          <w:lang w:eastAsia="ja-JP"/>
        </w:rPr>
      </w:pPr>
      <w:r>
        <w:rPr>
          <w:rFonts w:hint="eastAsia"/>
          <w:lang w:eastAsia="ja-JP"/>
        </w:rPr>
        <w:t>□</w:t>
      </w:r>
      <w:r>
        <w:rPr>
          <w:lang w:eastAsia="ja-JP"/>
        </w:rPr>
        <w:t xml:space="preserve"> その他</w:t>
      </w:r>
      <w:r w:rsidR="00FD1DBD">
        <w:rPr>
          <w:rFonts w:hint="eastAsia"/>
          <w:lang w:eastAsia="ja-JP"/>
        </w:rPr>
        <w:t>の安全管理措置</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00"/>
      </w:tblGrid>
      <w:tr w:rsidR="00F51D24" w14:paraId="2D00E63D" w14:textId="77777777" w:rsidTr="00B20EE5">
        <w:trPr>
          <w:jc w:val="center"/>
        </w:trPr>
        <w:tc>
          <w:tcPr>
            <w:tcW w:w="10200" w:type="dxa"/>
            <w:vAlign w:val="center"/>
          </w:tcPr>
          <w:p w14:paraId="647664AB" w14:textId="30B4C141" w:rsidR="00F51D24" w:rsidRDefault="006A3E7F" w:rsidP="00B20EE5">
            <w:pPr>
              <w:rPr>
                <w:lang w:eastAsia="ja-JP"/>
              </w:rPr>
            </w:pPr>
            <w:r>
              <w:rPr>
                <w:rFonts w:hint="eastAsia"/>
                <w:lang w:eastAsia="ja-JP"/>
              </w:rPr>
              <w:t>内容</w:t>
            </w:r>
          </w:p>
        </w:tc>
      </w:tr>
    </w:tbl>
    <w:p w14:paraId="7AA5A529" w14:textId="77777777" w:rsidR="00F51D24" w:rsidRDefault="00F51D24" w:rsidP="00F51D24">
      <w:pPr>
        <w:rPr>
          <w:lang w:eastAsia="ja-JP"/>
        </w:rPr>
      </w:pPr>
    </w:p>
    <w:sectPr w:rsidR="00F51D24" w:rsidSect="00034616">
      <w:pgSz w:w="12240" w:h="15840"/>
      <w:pgMar w:top="1020" w:right="1020" w:bottom="1020" w:left="10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1692FD" w14:textId="77777777" w:rsidR="005805B8" w:rsidRDefault="005805B8" w:rsidP="005805B8">
      <w:pPr>
        <w:spacing w:after="0" w:line="240" w:lineRule="auto"/>
      </w:pPr>
      <w:r>
        <w:separator/>
      </w:r>
    </w:p>
  </w:endnote>
  <w:endnote w:type="continuationSeparator" w:id="0">
    <w:p w14:paraId="393DE7E7" w14:textId="77777777" w:rsidR="005805B8" w:rsidRDefault="005805B8" w:rsidP="005805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2CE778" w14:textId="77777777" w:rsidR="005805B8" w:rsidRDefault="005805B8" w:rsidP="005805B8">
      <w:pPr>
        <w:spacing w:after="0" w:line="240" w:lineRule="auto"/>
      </w:pPr>
      <w:r>
        <w:separator/>
      </w:r>
    </w:p>
  </w:footnote>
  <w:footnote w:type="continuationSeparator" w:id="0">
    <w:p w14:paraId="453C3728" w14:textId="77777777" w:rsidR="005805B8" w:rsidRDefault="005805B8" w:rsidP="005805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bordersDoNotSurroundHeader/>
  <w:bordersDoNotSurroundFooter/>
  <w:proofState w:spelling="clean"/>
  <w:defaultTabStop w:val="720"/>
  <w:characterSpacingControl w:val="doNotCompress"/>
  <w:hdrShapeDefaults>
    <o:shapedefaults v:ext="edit" spidmax="8193">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C2896"/>
    <w:rsid w:val="0029639D"/>
    <w:rsid w:val="00326F90"/>
    <w:rsid w:val="005805B8"/>
    <w:rsid w:val="006A3E7F"/>
    <w:rsid w:val="00AA1D8D"/>
    <w:rsid w:val="00B47730"/>
    <w:rsid w:val="00CB0664"/>
    <w:rsid w:val="00E957AB"/>
    <w:rsid w:val="00F51D24"/>
    <w:rsid w:val="00FC693F"/>
    <w:rsid w:val="00FD1D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v:textbox inset="5.85pt,.7pt,5.85pt,.7pt"/>
    </o:shapedefaults>
    <o:shapelayout v:ext="edit">
      <o:idmap v:ext="edit" data="1"/>
    </o:shapelayout>
  </w:shapeDefaults>
  <w:decimalSymbol w:val="."/>
  <w:listSeparator w:val=","/>
  <w14:docId w14:val="3E1250E4"/>
  <w14:defaultImageDpi w14:val="300"/>
  <w15:docId w15:val="{5B7BB2FC-CC3D-4DD3-AA14-B013F2567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51D24"/>
    <w:rPr>
      <w:rFonts w:ascii="ＭＳ 明朝" w:eastAsia="ＭＳ 明朝" w:hAnsi="ＭＳ 明朝"/>
      <w:sz w:val="21"/>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3</Pages>
  <Words>182</Words>
  <Characters>1040</Characters>
  <Application>Microsoft Office Word</Application>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1220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DAS06274</cp:lastModifiedBy>
  <cp:revision>5</cp:revision>
  <dcterms:created xsi:type="dcterms:W3CDTF">2013-12-23T23:15:00Z</dcterms:created>
  <dcterms:modified xsi:type="dcterms:W3CDTF">2026-07-30T07:49:00Z</dcterms:modified>
  <cp:category/>
</cp:coreProperties>
</file>